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80"/>
        <w:jc w:val="left"/>
      </w:pPr>
      <w:r>
        <w:rPr>
          <w:rFonts w:ascii="Georgia" w:hAnsi="Georgia"/>
          <w:color w:val="B78A2C"/>
          <w:sz w:val="46"/>
        </w:rPr>
        <w:t>Häiringupäevik</w:t>
      </w:r>
    </w:p>
    <w:p>
      <w:pPr>
        <w:spacing w:after="160"/>
      </w:pPr>
      <w:r>
        <w:rPr>
          <w:rFonts w:ascii="Aptos" w:hAnsi="Aptos"/>
          <w:i/>
          <w:color w:val="6B7280"/>
          <w:sz w:val="20"/>
        </w:rPr>
        <w:t>Täida iga juhtumi kohta üks rida. Vajaduse korral lisa pikem kirjeldus või tõendid eraldi lehel.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3970"/>
      </w:tblGrid>
      <w:tr>
        <w:tc>
          <w:tcPr>
            <w:tcW w:type="dxa" w:w="13970"/>
            <w:shd w:fill="F2E8D2"/>
            <w:tcBorders>
              <w:top w:val="single" w:sz="8" w:color="B78A2C"/>
              <w:left w:val="single" w:sz="8" w:color="B78A2C"/>
              <w:bottom w:val="single" w:sz="8" w:color="B78A2C"/>
              <w:right w:val="single" w:sz="8" w:color="B78A2C"/>
            </w:tcBorders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/>
                <w:i/>
                <w:color w:val="082845"/>
                <w:sz w:val="18"/>
              </w:rPr>
              <w:t>Täida halli taustaga väljad. Märkeruudud on Wordis klõpsatavad.</w:t>
            </w:r>
          </w:p>
        </w:tc>
      </w:tr>
    </w:tbl>
    <w:p>
      <w:pPr>
        <w:spacing w:after="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AF0F4"/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/>
                <w:color w:val="082845"/>
                <w:sz w:val="19"/>
              </w:rPr>
              <w:t>Korteriühistu nimi</w:t>
            </w:r>
          </w:p>
        </w:tc>
        <w:tc>
          <w:tcPr>
            <w:tcW w:type="dxa" w:w="6803"/>
            <w:shd w:fill="F8F4EE"/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sdt>
              <w:sdtPr>
                <w:alias w:val="KÜ_NIMI"/>
                <w:tag w:val="KÜ_NIMI"/>
                <w:id w:val="1000"/>
                <w:showingPlcHdr/>
                <w:text/>
              </w:sdtPr>
              <w:sdtContent>
                <w:r>
                  <w:rPr>
                    <w:rFonts w:ascii="Aptos" w:hAnsi="Aptos"/>
                    <w:color w:val="6B7280"/>
                    <w:sz w:val="20"/>
                    <w:i/>
                    <w:shd w:fill="F8F4EE"/>
                  </w:rPr>
                  <w:t xml:space="preserve">[sisesta korteriühistu nimi]</w:t>
                </w:r>
              </w:sdtContent>
            </w:sdt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AF0F4"/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/>
                <w:color w:val="082845"/>
                <w:sz w:val="19"/>
              </w:rPr>
              <w:t>Päeviku täitja</w:t>
            </w:r>
          </w:p>
        </w:tc>
        <w:tc>
          <w:tcPr>
            <w:tcW w:type="dxa" w:w="6803"/>
            <w:shd w:fill="F8F4EE"/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sdt>
              <w:sdtPr>
                <w:alias w:val="TÄITJA"/>
                <w:tag w:val="TÄITJA"/>
                <w:id w:val="1001"/>
                <w:showingPlcHdr/>
                <w:text/>
              </w:sdtPr>
              <w:sdtContent>
                <w:r>
                  <w:rPr>
                    <w:rFonts w:ascii="Aptos" w:hAnsi="Aptos"/>
                    <w:color w:val="6B7280"/>
                    <w:sz w:val="20"/>
                    <w:i/>
                    <w:shd w:fill="F8F4EE"/>
                  </w:rPr>
                  <w:t xml:space="preserve">[sisesta nimi]</w:t>
                </w:r>
              </w:sdtContent>
            </w:sdt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AF0F4"/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/>
                <w:color w:val="082845"/>
                <w:sz w:val="19"/>
              </w:rPr>
              <w:t>Häiringu asukoht</w:t>
            </w:r>
          </w:p>
        </w:tc>
        <w:tc>
          <w:tcPr>
            <w:tcW w:type="dxa" w:w="6803"/>
            <w:shd w:fill="F8F4EE"/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sdt>
              <w:sdtPr>
                <w:alias w:val="ASUKOHT"/>
                <w:tag w:val="ASUKOHT"/>
                <w:id w:val="1002"/>
                <w:showingPlcHdr/>
                <w:text/>
              </w:sdtPr>
              <w:sdtContent>
                <w:r>
                  <w:rPr>
                    <w:rFonts w:ascii="Aptos" w:hAnsi="Aptos"/>
                    <w:color w:val="6B7280"/>
                    <w:sz w:val="20"/>
                    <w:i/>
                    <w:shd w:fill="F8F4EE"/>
                  </w:rPr>
                  <w:t xml:space="preserve">[sisesta korter, ruum või muu asukoht]</w:t>
                </w:r>
              </w:sdtContent>
            </w:sdt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94"/>
        <w:gridCol w:w="2794"/>
        <w:gridCol w:w="2794"/>
        <w:gridCol w:w="2794"/>
        <w:gridCol w:w="2794"/>
      </w:tblGrid>
      <w:tr>
        <w:trPr>
          <w:tblHeader w:val="true"/>
        </w:trPr>
        <w:tc>
          <w:tcPr>
            <w:tcW w:type="dxa" w:w="2665"/>
            <w:shd w:fill="082845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7" w:color="8A98A6"/>
              <w:left w:val="single" w:sz="7" w:color="8A98A6"/>
              <w:bottom w:val="single" w:sz="7" w:color="8A98A6"/>
              <w:right w:val="single" w:sz="7" w:color="8A98A6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7"/>
              </w:rPr>
              <w:t>Kuupäev ning alguse ja lõpu kellaaeg</w:t>
            </w:r>
          </w:p>
        </w:tc>
        <w:tc>
          <w:tcPr>
            <w:tcW w:type="dxa" w:w="2948"/>
            <w:shd w:fill="082845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7" w:color="8A98A6"/>
              <w:left w:val="single" w:sz="7" w:color="8A98A6"/>
              <w:bottom w:val="single" w:sz="7" w:color="8A98A6"/>
              <w:right w:val="single" w:sz="7" w:color="8A98A6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7"/>
              </w:rPr>
              <w:t>Mõjutatud ruum / levikutee</w:t>
            </w:r>
          </w:p>
        </w:tc>
        <w:tc>
          <w:tcPr>
            <w:tcW w:type="dxa" w:w="2835"/>
            <w:shd w:fill="082845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7" w:color="8A98A6"/>
              <w:left w:val="single" w:sz="7" w:color="8A98A6"/>
              <w:bottom w:val="single" w:sz="7" w:color="8A98A6"/>
              <w:right w:val="single" w:sz="7" w:color="8A98A6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7"/>
              </w:rPr>
              <w:t>Tajutud mõju</w:t>
            </w:r>
          </w:p>
        </w:tc>
        <w:tc>
          <w:tcPr>
            <w:tcW w:type="dxa" w:w="2438"/>
            <w:shd w:fill="082845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7" w:color="8A98A6"/>
              <w:left w:val="single" w:sz="7" w:color="8A98A6"/>
              <w:bottom w:val="single" w:sz="7" w:color="8A98A6"/>
              <w:right w:val="single" w:sz="7" w:color="8A98A6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7"/>
              </w:rPr>
              <w:t>Võimalik allikas</w:t>
            </w:r>
          </w:p>
        </w:tc>
        <w:tc>
          <w:tcPr>
            <w:tcW w:type="dxa" w:w="2948"/>
            <w:shd w:fill="082845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val="single" w:sz="7" w:color="8A98A6"/>
              <w:left w:val="single" w:sz="7" w:color="8A98A6"/>
              <w:bottom w:val="single" w:sz="7" w:color="8A98A6"/>
              <w:right w:val="single" w:sz="7" w:color="8A98A6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7"/>
              </w:rPr>
              <w:t>Reageering ja tulemus</w:t>
            </w:r>
          </w:p>
        </w:tc>
      </w:tr>
      <w:tr>
        <w:trPr>
          <w:trHeight w:val="765" w:hRule="atLeast"/>
        </w:trPr>
        <w:tc>
          <w:tcPr>
            <w:tcW w:type="dxa" w:w="2665"/>
            <w:shd w:fill="FFFFFF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7" w:color="8A98A6"/>
              <w:left w:val="single" w:sz="7" w:color="8A98A6"/>
              <w:bottom w:val="single" w:sz="7" w:color="8A98A6"/>
              <w:right w:val="single" w:sz="7" w:color="8A98A6"/>
            </w:tcBorders>
          </w:tcPr>
          <w:p>
            <w:sdt>
              <w:sdtPr>
                <w:alias w:val="REA_1_1"/>
                <w:tag w:val="REA_1_1"/>
                <w:id w:val="1003"/>
                <w:showingPlcHdr/>
                <w:text w:multiLine="1"/>
              </w:sdtPr>
              <w:sdtContent>
                <w:r>
                  <w:rPr>
                    <w:rFonts w:ascii="Aptos" w:hAnsi="Aptos"/>
                    <w:color w:val="6B7280"/>
                    <w:sz w:val="17"/>
                    <w:i/>
                    <w:shd w:fill="F8F4EE"/>
                  </w:rPr>
                  <w:t xml:space="preserve">[sisesta]</w:t>
                </w:r>
              </w:sdtContent>
            </w:sdt>
          </w:p>
        </w:tc>
        <w:tc>
          <w:tcPr>
            <w:tcW w:type="dxa" w:w="2948"/>
            <w:shd w:fill="FFFFFF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7" w:color="8A98A6"/>
              <w:left w:val="single" w:sz="7" w:color="8A98A6"/>
              <w:bottom w:val="single" w:sz="7" w:color="8A98A6"/>
              <w:right w:val="single" w:sz="7" w:color="8A98A6"/>
            </w:tcBorders>
          </w:tcPr>
          <w:p>
            <w:sdt>
              <w:sdtPr>
                <w:alias w:val="REA_1_2"/>
                <w:tag w:val="REA_1_2"/>
                <w:id w:val="1004"/>
                <w:showingPlcHdr/>
                <w:text w:multiLine="1"/>
              </w:sdtPr>
              <w:sdtContent>
                <w:r>
                  <w:rPr>
                    <w:rFonts w:ascii="Aptos" w:hAnsi="Aptos"/>
                    <w:color w:val="6B7280"/>
                    <w:sz w:val="17"/>
                    <w:i/>
                    <w:shd w:fill="F8F4EE"/>
                  </w:rPr>
                  <w:t xml:space="preserve">[sisesta]</w:t>
                </w:r>
              </w:sdtContent>
            </w:sdt>
          </w:p>
        </w:tc>
        <w:tc>
          <w:tcPr>
            <w:tcW w:type="dxa" w:w="2835"/>
            <w:shd w:fill="FFFFFF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7" w:color="8A98A6"/>
              <w:left w:val="single" w:sz="7" w:color="8A98A6"/>
              <w:bottom w:val="single" w:sz="7" w:color="8A98A6"/>
              <w:right w:val="single" w:sz="7" w:color="8A98A6"/>
            </w:tcBorders>
          </w:tcPr>
          <w:p>
            <w:sdt>
              <w:sdtPr>
                <w:alias w:val="REA_1_3"/>
                <w:tag w:val="REA_1_3"/>
                <w:id w:val="1005"/>
                <w:showingPlcHdr/>
                <w:text w:multiLine="1"/>
              </w:sdtPr>
              <w:sdtContent>
                <w:r>
                  <w:rPr>
                    <w:rFonts w:ascii="Aptos" w:hAnsi="Aptos"/>
                    <w:color w:val="6B7280"/>
                    <w:sz w:val="17"/>
                    <w:i/>
                    <w:shd w:fill="F8F4EE"/>
                  </w:rPr>
                  <w:t xml:space="preserve">[sisesta]</w:t>
                </w:r>
              </w:sdtContent>
            </w:sdt>
          </w:p>
        </w:tc>
        <w:tc>
          <w:tcPr>
            <w:tcW w:type="dxa" w:w="2438"/>
            <w:shd w:fill="FFFFFF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7" w:color="8A98A6"/>
              <w:left w:val="single" w:sz="7" w:color="8A98A6"/>
              <w:bottom w:val="single" w:sz="7" w:color="8A98A6"/>
              <w:right w:val="single" w:sz="7" w:color="8A98A6"/>
            </w:tcBorders>
          </w:tcPr>
          <w:p>
            <w:sdt>
              <w:sdtPr>
                <w:alias w:val="REA_1_4"/>
                <w:tag w:val="REA_1_4"/>
                <w:id w:val="1006"/>
                <w:showingPlcHdr/>
                <w:text w:multiLine="1"/>
              </w:sdtPr>
              <w:sdtContent>
                <w:r>
                  <w:rPr>
                    <w:rFonts w:ascii="Aptos" w:hAnsi="Aptos"/>
                    <w:color w:val="6B7280"/>
                    <w:sz w:val="17"/>
                    <w:i/>
                    <w:shd w:fill="F8F4EE"/>
                  </w:rPr>
                  <w:t xml:space="preserve">[sisesta]</w:t>
                </w:r>
              </w:sdtContent>
            </w:sdt>
          </w:p>
        </w:tc>
        <w:tc>
          <w:tcPr>
            <w:tcW w:type="dxa" w:w="2948"/>
            <w:shd w:fill="FFFFFF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7" w:color="8A98A6"/>
              <w:left w:val="single" w:sz="7" w:color="8A98A6"/>
              <w:bottom w:val="single" w:sz="7" w:color="8A98A6"/>
              <w:right w:val="single" w:sz="7" w:color="8A98A6"/>
            </w:tcBorders>
          </w:tcPr>
          <w:p>
            <w:sdt>
              <w:sdtPr>
                <w:alias w:val="REA_1_5"/>
                <w:tag w:val="REA_1_5"/>
                <w:id w:val="1007"/>
                <w:showingPlcHdr/>
                <w:text w:multiLine="1"/>
              </w:sdtPr>
              <w:sdtContent>
                <w:r>
                  <w:rPr>
                    <w:rFonts w:ascii="Aptos" w:hAnsi="Aptos"/>
                    <w:color w:val="6B7280"/>
                    <w:sz w:val="17"/>
                    <w:i/>
                    <w:shd w:fill="F8F4EE"/>
                  </w:rPr>
                  <w:t xml:space="preserve">[sisesta]</w:t>
                </w:r>
              </w:sdtContent>
            </w:sdt>
          </w:p>
        </w:tc>
      </w:tr>
      <w:tr>
        <w:trPr>
          <w:trHeight w:val="765" w:hRule="atLeast"/>
        </w:trPr>
        <w:tc>
          <w:tcPr>
            <w:tcW w:type="dxa" w:w="2665"/>
            <w:shd w:fill="F8F4EE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7" w:color="8A98A6"/>
              <w:left w:val="single" w:sz="7" w:color="8A98A6"/>
              <w:bottom w:val="single" w:sz="7" w:color="8A98A6"/>
              <w:right w:val="single" w:sz="7" w:color="8A98A6"/>
            </w:tcBorders>
          </w:tcPr>
          <w:p>
            <w:sdt>
              <w:sdtPr>
                <w:alias w:val="REA_2_1"/>
                <w:tag w:val="REA_2_1"/>
                <w:id w:val="1008"/>
                <w:showingPlcHdr/>
                <w:text w:multiLine="1"/>
              </w:sdtPr>
              <w:sdtContent>
                <w:r>
                  <w:rPr>
                    <w:rFonts w:ascii="Aptos" w:hAnsi="Aptos"/>
                    <w:color w:val="6B7280"/>
                    <w:sz w:val="17"/>
                    <w:i/>
                    <w:shd w:fill="F8F4EE"/>
                  </w:rPr>
                  <w:t xml:space="preserve">[sisesta]</w:t>
                </w:r>
              </w:sdtContent>
            </w:sdt>
          </w:p>
        </w:tc>
        <w:tc>
          <w:tcPr>
            <w:tcW w:type="dxa" w:w="2948"/>
            <w:shd w:fill="F8F4EE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7" w:color="8A98A6"/>
              <w:left w:val="single" w:sz="7" w:color="8A98A6"/>
              <w:bottom w:val="single" w:sz="7" w:color="8A98A6"/>
              <w:right w:val="single" w:sz="7" w:color="8A98A6"/>
            </w:tcBorders>
          </w:tcPr>
          <w:p>
            <w:sdt>
              <w:sdtPr>
                <w:alias w:val="REA_2_2"/>
                <w:tag w:val="REA_2_2"/>
                <w:id w:val="1009"/>
                <w:showingPlcHdr/>
                <w:text w:multiLine="1"/>
              </w:sdtPr>
              <w:sdtContent>
                <w:r>
                  <w:rPr>
                    <w:rFonts w:ascii="Aptos" w:hAnsi="Aptos"/>
                    <w:color w:val="6B7280"/>
                    <w:sz w:val="17"/>
                    <w:i/>
                    <w:shd w:fill="F8F4EE"/>
                  </w:rPr>
                  <w:t xml:space="preserve">[sisesta]</w:t>
                </w:r>
              </w:sdtContent>
            </w:sdt>
          </w:p>
        </w:tc>
        <w:tc>
          <w:tcPr>
            <w:tcW w:type="dxa" w:w="2835"/>
            <w:shd w:fill="F8F4EE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7" w:color="8A98A6"/>
              <w:left w:val="single" w:sz="7" w:color="8A98A6"/>
              <w:bottom w:val="single" w:sz="7" w:color="8A98A6"/>
              <w:right w:val="single" w:sz="7" w:color="8A98A6"/>
            </w:tcBorders>
          </w:tcPr>
          <w:p>
            <w:sdt>
              <w:sdtPr>
                <w:alias w:val="REA_2_3"/>
                <w:tag w:val="REA_2_3"/>
                <w:id w:val="1010"/>
                <w:showingPlcHdr/>
                <w:text w:multiLine="1"/>
              </w:sdtPr>
              <w:sdtContent>
                <w:r>
                  <w:rPr>
                    <w:rFonts w:ascii="Aptos" w:hAnsi="Aptos"/>
                    <w:color w:val="6B7280"/>
                    <w:sz w:val="17"/>
                    <w:i/>
                    <w:shd w:fill="F8F4EE"/>
                  </w:rPr>
                  <w:t xml:space="preserve">[sisesta]</w:t>
                </w:r>
              </w:sdtContent>
            </w:sdt>
          </w:p>
        </w:tc>
        <w:tc>
          <w:tcPr>
            <w:tcW w:type="dxa" w:w="2438"/>
            <w:shd w:fill="F8F4EE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7" w:color="8A98A6"/>
              <w:left w:val="single" w:sz="7" w:color="8A98A6"/>
              <w:bottom w:val="single" w:sz="7" w:color="8A98A6"/>
              <w:right w:val="single" w:sz="7" w:color="8A98A6"/>
            </w:tcBorders>
          </w:tcPr>
          <w:p>
            <w:sdt>
              <w:sdtPr>
                <w:alias w:val="REA_2_4"/>
                <w:tag w:val="REA_2_4"/>
                <w:id w:val="1011"/>
                <w:showingPlcHdr/>
                <w:text w:multiLine="1"/>
              </w:sdtPr>
              <w:sdtContent>
                <w:r>
                  <w:rPr>
                    <w:rFonts w:ascii="Aptos" w:hAnsi="Aptos"/>
                    <w:color w:val="6B7280"/>
                    <w:sz w:val="17"/>
                    <w:i/>
                    <w:shd w:fill="F8F4EE"/>
                  </w:rPr>
                  <w:t xml:space="preserve">[sisesta]</w:t>
                </w:r>
              </w:sdtContent>
            </w:sdt>
          </w:p>
        </w:tc>
        <w:tc>
          <w:tcPr>
            <w:tcW w:type="dxa" w:w="2948"/>
            <w:shd w:fill="F8F4EE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7" w:color="8A98A6"/>
              <w:left w:val="single" w:sz="7" w:color="8A98A6"/>
              <w:bottom w:val="single" w:sz="7" w:color="8A98A6"/>
              <w:right w:val="single" w:sz="7" w:color="8A98A6"/>
            </w:tcBorders>
          </w:tcPr>
          <w:p>
            <w:sdt>
              <w:sdtPr>
                <w:alias w:val="REA_2_5"/>
                <w:tag w:val="REA_2_5"/>
                <w:id w:val="1012"/>
                <w:showingPlcHdr/>
                <w:text w:multiLine="1"/>
              </w:sdtPr>
              <w:sdtContent>
                <w:r>
                  <w:rPr>
                    <w:rFonts w:ascii="Aptos" w:hAnsi="Aptos"/>
                    <w:color w:val="6B7280"/>
                    <w:sz w:val="17"/>
                    <w:i/>
                    <w:shd w:fill="F8F4EE"/>
                  </w:rPr>
                  <w:t xml:space="preserve">[sisesta]</w:t>
                </w:r>
              </w:sdtContent>
            </w:sdt>
          </w:p>
        </w:tc>
      </w:tr>
      <w:tr>
        <w:trPr>
          <w:trHeight w:val="765" w:hRule="atLeast"/>
        </w:trPr>
        <w:tc>
          <w:tcPr>
            <w:tcW w:type="dxa" w:w="2665"/>
            <w:shd w:fill="FFFFFF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7" w:color="8A98A6"/>
              <w:left w:val="single" w:sz="7" w:color="8A98A6"/>
              <w:bottom w:val="single" w:sz="7" w:color="8A98A6"/>
              <w:right w:val="single" w:sz="7" w:color="8A98A6"/>
            </w:tcBorders>
          </w:tcPr>
          <w:p>
            <w:sdt>
              <w:sdtPr>
                <w:alias w:val="REA_3_1"/>
                <w:tag w:val="REA_3_1"/>
                <w:id w:val="1013"/>
                <w:showingPlcHdr/>
                <w:text w:multiLine="1"/>
              </w:sdtPr>
              <w:sdtContent>
                <w:r>
                  <w:rPr>
                    <w:rFonts w:ascii="Aptos" w:hAnsi="Aptos"/>
                    <w:color w:val="6B7280"/>
                    <w:sz w:val="17"/>
                    <w:i/>
                    <w:shd w:fill="F8F4EE"/>
                  </w:rPr>
                  <w:t xml:space="preserve">[sisesta]</w:t>
                </w:r>
              </w:sdtContent>
            </w:sdt>
          </w:p>
        </w:tc>
        <w:tc>
          <w:tcPr>
            <w:tcW w:type="dxa" w:w="2948"/>
            <w:shd w:fill="FFFFFF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7" w:color="8A98A6"/>
              <w:left w:val="single" w:sz="7" w:color="8A98A6"/>
              <w:bottom w:val="single" w:sz="7" w:color="8A98A6"/>
              <w:right w:val="single" w:sz="7" w:color="8A98A6"/>
            </w:tcBorders>
          </w:tcPr>
          <w:p>
            <w:sdt>
              <w:sdtPr>
                <w:alias w:val="REA_3_2"/>
                <w:tag w:val="REA_3_2"/>
                <w:id w:val="1014"/>
                <w:showingPlcHdr/>
                <w:text w:multiLine="1"/>
              </w:sdtPr>
              <w:sdtContent>
                <w:r>
                  <w:rPr>
                    <w:rFonts w:ascii="Aptos" w:hAnsi="Aptos"/>
                    <w:color w:val="6B7280"/>
                    <w:sz w:val="17"/>
                    <w:i/>
                    <w:shd w:fill="F8F4EE"/>
                  </w:rPr>
                  <w:t xml:space="preserve">[sisesta]</w:t>
                </w:r>
              </w:sdtContent>
            </w:sdt>
          </w:p>
        </w:tc>
        <w:tc>
          <w:tcPr>
            <w:tcW w:type="dxa" w:w="2835"/>
            <w:shd w:fill="FFFFFF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7" w:color="8A98A6"/>
              <w:left w:val="single" w:sz="7" w:color="8A98A6"/>
              <w:bottom w:val="single" w:sz="7" w:color="8A98A6"/>
              <w:right w:val="single" w:sz="7" w:color="8A98A6"/>
            </w:tcBorders>
          </w:tcPr>
          <w:p>
            <w:sdt>
              <w:sdtPr>
                <w:alias w:val="REA_3_3"/>
                <w:tag w:val="REA_3_3"/>
                <w:id w:val="1015"/>
                <w:showingPlcHdr/>
                <w:text w:multiLine="1"/>
              </w:sdtPr>
              <w:sdtContent>
                <w:r>
                  <w:rPr>
                    <w:rFonts w:ascii="Aptos" w:hAnsi="Aptos"/>
                    <w:color w:val="6B7280"/>
                    <w:sz w:val="17"/>
                    <w:i/>
                    <w:shd w:fill="F8F4EE"/>
                  </w:rPr>
                  <w:t xml:space="preserve">[sisesta]</w:t>
                </w:r>
              </w:sdtContent>
            </w:sdt>
          </w:p>
        </w:tc>
        <w:tc>
          <w:tcPr>
            <w:tcW w:type="dxa" w:w="2438"/>
            <w:shd w:fill="FFFFFF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7" w:color="8A98A6"/>
              <w:left w:val="single" w:sz="7" w:color="8A98A6"/>
              <w:bottom w:val="single" w:sz="7" w:color="8A98A6"/>
              <w:right w:val="single" w:sz="7" w:color="8A98A6"/>
            </w:tcBorders>
          </w:tcPr>
          <w:p>
            <w:sdt>
              <w:sdtPr>
                <w:alias w:val="REA_3_4"/>
                <w:tag w:val="REA_3_4"/>
                <w:id w:val="1016"/>
                <w:showingPlcHdr/>
                <w:text w:multiLine="1"/>
              </w:sdtPr>
              <w:sdtContent>
                <w:r>
                  <w:rPr>
                    <w:rFonts w:ascii="Aptos" w:hAnsi="Aptos"/>
                    <w:color w:val="6B7280"/>
                    <w:sz w:val="17"/>
                    <w:i/>
                    <w:shd w:fill="F8F4EE"/>
                  </w:rPr>
                  <w:t xml:space="preserve">[sisesta]</w:t>
                </w:r>
              </w:sdtContent>
            </w:sdt>
          </w:p>
        </w:tc>
        <w:tc>
          <w:tcPr>
            <w:tcW w:type="dxa" w:w="2948"/>
            <w:shd w:fill="FFFFFF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7" w:color="8A98A6"/>
              <w:left w:val="single" w:sz="7" w:color="8A98A6"/>
              <w:bottom w:val="single" w:sz="7" w:color="8A98A6"/>
              <w:right w:val="single" w:sz="7" w:color="8A98A6"/>
            </w:tcBorders>
          </w:tcPr>
          <w:p>
            <w:sdt>
              <w:sdtPr>
                <w:alias w:val="REA_3_5"/>
                <w:tag w:val="REA_3_5"/>
                <w:id w:val="1017"/>
                <w:showingPlcHdr/>
                <w:text w:multiLine="1"/>
              </w:sdtPr>
              <w:sdtContent>
                <w:r>
                  <w:rPr>
                    <w:rFonts w:ascii="Aptos" w:hAnsi="Aptos"/>
                    <w:color w:val="6B7280"/>
                    <w:sz w:val="17"/>
                    <w:i/>
                    <w:shd w:fill="F8F4EE"/>
                  </w:rPr>
                  <w:t xml:space="preserve">[sisesta]</w:t>
                </w:r>
              </w:sdtContent>
            </w:sdt>
          </w:p>
        </w:tc>
      </w:tr>
      <w:tr>
        <w:trPr>
          <w:trHeight w:val="765" w:hRule="atLeast"/>
        </w:trPr>
        <w:tc>
          <w:tcPr>
            <w:tcW w:type="dxa" w:w="2665"/>
            <w:shd w:fill="F8F4EE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7" w:color="8A98A6"/>
              <w:left w:val="single" w:sz="7" w:color="8A98A6"/>
              <w:bottom w:val="single" w:sz="7" w:color="8A98A6"/>
              <w:right w:val="single" w:sz="7" w:color="8A98A6"/>
            </w:tcBorders>
          </w:tcPr>
          <w:p>
            <w:sdt>
              <w:sdtPr>
                <w:alias w:val="REA_4_1"/>
                <w:tag w:val="REA_4_1"/>
                <w:id w:val="1018"/>
                <w:showingPlcHdr/>
                <w:text w:multiLine="1"/>
              </w:sdtPr>
              <w:sdtContent>
                <w:r>
                  <w:rPr>
                    <w:rFonts w:ascii="Aptos" w:hAnsi="Aptos"/>
                    <w:color w:val="6B7280"/>
                    <w:sz w:val="17"/>
                    <w:i/>
                    <w:shd w:fill="F8F4EE"/>
                  </w:rPr>
                  <w:t xml:space="preserve">[sisesta]</w:t>
                </w:r>
              </w:sdtContent>
            </w:sdt>
          </w:p>
        </w:tc>
        <w:tc>
          <w:tcPr>
            <w:tcW w:type="dxa" w:w="2948"/>
            <w:shd w:fill="F8F4EE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7" w:color="8A98A6"/>
              <w:left w:val="single" w:sz="7" w:color="8A98A6"/>
              <w:bottom w:val="single" w:sz="7" w:color="8A98A6"/>
              <w:right w:val="single" w:sz="7" w:color="8A98A6"/>
            </w:tcBorders>
          </w:tcPr>
          <w:p>
            <w:sdt>
              <w:sdtPr>
                <w:alias w:val="REA_4_2"/>
                <w:tag w:val="REA_4_2"/>
                <w:id w:val="1019"/>
                <w:showingPlcHdr/>
                <w:text w:multiLine="1"/>
              </w:sdtPr>
              <w:sdtContent>
                <w:r>
                  <w:rPr>
                    <w:rFonts w:ascii="Aptos" w:hAnsi="Aptos"/>
                    <w:color w:val="6B7280"/>
                    <w:sz w:val="17"/>
                    <w:i/>
                    <w:shd w:fill="F8F4EE"/>
                  </w:rPr>
                  <w:t xml:space="preserve">[sisesta]</w:t>
                </w:r>
              </w:sdtContent>
            </w:sdt>
          </w:p>
        </w:tc>
        <w:tc>
          <w:tcPr>
            <w:tcW w:type="dxa" w:w="2835"/>
            <w:shd w:fill="F8F4EE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7" w:color="8A98A6"/>
              <w:left w:val="single" w:sz="7" w:color="8A98A6"/>
              <w:bottom w:val="single" w:sz="7" w:color="8A98A6"/>
              <w:right w:val="single" w:sz="7" w:color="8A98A6"/>
            </w:tcBorders>
          </w:tcPr>
          <w:p>
            <w:sdt>
              <w:sdtPr>
                <w:alias w:val="REA_4_3"/>
                <w:tag w:val="REA_4_3"/>
                <w:id w:val="1020"/>
                <w:showingPlcHdr/>
                <w:text w:multiLine="1"/>
              </w:sdtPr>
              <w:sdtContent>
                <w:r>
                  <w:rPr>
                    <w:rFonts w:ascii="Aptos" w:hAnsi="Aptos"/>
                    <w:color w:val="6B7280"/>
                    <w:sz w:val="17"/>
                    <w:i/>
                    <w:shd w:fill="F8F4EE"/>
                  </w:rPr>
                  <w:t xml:space="preserve">[sisesta]</w:t>
                </w:r>
              </w:sdtContent>
            </w:sdt>
          </w:p>
        </w:tc>
        <w:tc>
          <w:tcPr>
            <w:tcW w:type="dxa" w:w="2438"/>
            <w:shd w:fill="F8F4EE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7" w:color="8A98A6"/>
              <w:left w:val="single" w:sz="7" w:color="8A98A6"/>
              <w:bottom w:val="single" w:sz="7" w:color="8A98A6"/>
              <w:right w:val="single" w:sz="7" w:color="8A98A6"/>
            </w:tcBorders>
          </w:tcPr>
          <w:p>
            <w:sdt>
              <w:sdtPr>
                <w:alias w:val="REA_4_4"/>
                <w:tag w:val="REA_4_4"/>
                <w:id w:val="1021"/>
                <w:showingPlcHdr/>
                <w:text w:multiLine="1"/>
              </w:sdtPr>
              <w:sdtContent>
                <w:r>
                  <w:rPr>
                    <w:rFonts w:ascii="Aptos" w:hAnsi="Aptos"/>
                    <w:color w:val="6B7280"/>
                    <w:sz w:val="17"/>
                    <w:i/>
                    <w:shd w:fill="F8F4EE"/>
                  </w:rPr>
                  <w:t xml:space="preserve">[sisesta]</w:t>
                </w:r>
              </w:sdtContent>
            </w:sdt>
          </w:p>
        </w:tc>
        <w:tc>
          <w:tcPr>
            <w:tcW w:type="dxa" w:w="2948"/>
            <w:shd w:fill="F8F4EE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7" w:color="8A98A6"/>
              <w:left w:val="single" w:sz="7" w:color="8A98A6"/>
              <w:bottom w:val="single" w:sz="7" w:color="8A98A6"/>
              <w:right w:val="single" w:sz="7" w:color="8A98A6"/>
            </w:tcBorders>
          </w:tcPr>
          <w:p>
            <w:sdt>
              <w:sdtPr>
                <w:alias w:val="REA_4_5"/>
                <w:tag w:val="REA_4_5"/>
                <w:id w:val="1022"/>
                <w:showingPlcHdr/>
                <w:text w:multiLine="1"/>
              </w:sdtPr>
              <w:sdtContent>
                <w:r>
                  <w:rPr>
                    <w:rFonts w:ascii="Aptos" w:hAnsi="Aptos"/>
                    <w:color w:val="6B7280"/>
                    <w:sz w:val="17"/>
                    <w:i/>
                    <w:shd w:fill="F8F4EE"/>
                  </w:rPr>
                  <w:t xml:space="preserve">[sisesta]</w:t>
                </w:r>
              </w:sdtContent>
            </w:sdt>
          </w:p>
        </w:tc>
      </w:tr>
      <w:tr>
        <w:trPr>
          <w:trHeight w:val="765" w:hRule="atLeast"/>
        </w:trPr>
        <w:tc>
          <w:tcPr>
            <w:tcW w:type="dxa" w:w="2665"/>
            <w:shd w:fill="FFFFFF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7" w:color="8A98A6"/>
              <w:left w:val="single" w:sz="7" w:color="8A98A6"/>
              <w:bottom w:val="single" w:sz="7" w:color="8A98A6"/>
              <w:right w:val="single" w:sz="7" w:color="8A98A6"/>
            </w:tcBorders>
          </w:tcPr>
          <w:p>
            <w:sdt>
              <w:sdtPr>
                <w:alias w:val="REA_5_1"/>
                <w:tag w:val="REA_5_1"/>
                <w:id w:val="1023"/>
                <w:showingPlcHdr/>
                <w:text w:multiLine="1"/>
              </w:sdtPr>
              <w:sdtContent>
                <w:r>
                  <w:rPr>
                    <w:rFonts w:ascii="Aptos" w:hAnsi="Aptos"/>
                    <w:color w:val="6B7280"/>
                    <w:sz w:val="17"/>
                    <w:i/>
                    <w:shd w:fill="F8F4EE"/>
                  </w:rPr>
                  <w:t xml:space="preserve">[sisesta]</w:t>
                </w:r>
              </w:sdtContent>
            </w:sdt>
          </w:p>
        </w:tc>
        <w:tc>
          <w:tcPr>
            <w:tcW w:type="dxa" w:w="2948"/>
            <w:shd w:fill="FFFFFF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7" w:color="8A98A6"/>
              <w:left w:val="single" w:sz="7" w:color="8A98A6"/>
              <w:bottom w:val="single" w:sz="7" w:color="8A98A6"/>
              <w:right w:val="single" w:sz="7" w:color="8A98A6"/>
            </w:tcBorders>
          </w:tcPr>
          <w:p>
            <w:sdt>
              <w:sdtPr>
                <w:alias w:val="REA_5_2"/>
                <w:tag w:val="REA_5_2"/>
                <w:id w:val="1024"/>
                <w:showingPlcHdr/>
                <w:text w:multiLine="1"/>
              </w:sdtPr>
              <w:sdtContent>
                <w:r>
                  <w:rPr>
                    <w:rFonts w:ascii="Aptos" w:hAnsi="Aptos"/>
                    <w:color w:val="6B7280"/>
                    <w:sz w:val="17"/>
                    <w:i/>
                    <w:shd w:fill="F8F4EE"/>
                  </w:rPr>
                  <w:t xml:space="preserve">[sisesta]</w:t>
                </w:r>
              </w:sdtContent>
            </w:sdt>
          </w:p>
        </w:tc>
        <w:tc>
          <w:tcPr>
            <w:tcW w:type="dxa" w:w="2835"/>
            <w:shd w:fill="FFFFFF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7" w:color="8A98A6"/>
              <w:left w:val="single" w:sz="7" w:color="8A98A6"/>
              <w:bottom w:val="single" w:sz="7" w:color="8A98A6"/>
              <w:right w:val="single" w:sz="7" w:color="8A98A6"/>
            </w:tcBorders>
          </w:tcPr>
          <w:p>
            <w:sdt>
              <w:sdtPr>
                <w:alias w:val="REA_5_3"/>
                <w:tag w:val="REA_5_3"/>
                <w:id w:val="1025"/>
                <w:showingPlcHdr/>
                <w:text w:multiLine="1"/>
              </w:sdtPr>
              <w:sdtContent>
                <w:r>
                  <w:rPr>
                    <w:rFonts w:ascii="Aptos" w:hAnsi="Aptos"/>
                    <w:color w:val="6B7280"/>
                    <w:sz w:val="17"/>
                    <w:i/>
                    <w:shd w:fill="F8F4EE"/>
                  </w:rPr>
                  <w:t xml:space="preserve">[sisesta]</w:t>
                </w:r>
              </w:sdtContent>
            </w:sdt>
          </w:p>
        </w:tc>
        <w:tc>
          <w:tcPr>
            <w:tcW w:type="dxa" w:w="2438"/>
            <w:shd w:fill="FFFFFF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7" w:color="8A98A6"/>
              <w:left w:val="single" w:sz="7" w:color="8A98A6"/>
              <w:bottom w:val="single" w:sz="7" w:color="8A98A6"/>
              <w:right w:val="single" w:sz="7" w:color="8A98A6"/>
            </w:tcBorders>
          </w:tcPr>
          <w:p>
            <w:sdt>
              <w:sdtPr>
                <w:alias w:val="REA_5_4"/>
                <w:tag w:val="REA_5_4"/>
                <w:id w:val="1026"/>
                <w:showingPlcHdr/>
                <w:text w:multiLine="1"/>
              </w:sdtPr>
              <w:sdtContent>
                <w:r>
                  <w:rPr>
                    <w:rFonts w:ascii="Aptos" w:hAnsi="Aptos"/>
                    <w:color w:val="6B7280"/>
                    <w:sz w:val="17"/>
                    <w:i/>
                    <w:shd w:fill="F8F4EE"/>
                  </w:rPr>
                  <w:t xml:space="preserve">[sisesta]</w:t>
                </w:r>
              </w:sdtContent>
            </w:sdt>
          </w:p>
        </w:tc>
        <w:tc>
          <w:tcPr>
            <w:tcW w:type="dxa" w:w="2948"/>
            <w:shd w:fill="FFFFFF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7" w:color="8A98A6"/>
              <w:left w:val="single" w:sz="7" w:color="8A98A6"/>
              <w:bottom w:val="single" w:sz="7" w:color="8A98A6"/>
              <w:right w:val="single" w:sz="7" w:color="8A98A6"/>
            </w:tcBorders>
          </w:tcPr>
          <w:p>
            <w:sdt>
              <w:sdtPr>
                <w:alias w:val="REA_5_5"/>
                <w:tag w:val="REA_5_5"/>
                <w:id w:val="1027"/>
                <w:showingPlcHdr/>
                <w:text w:multiLine="1"/>
              </w:sdtPr>
              <w:sdtContent>
                <w:r>
                  <w:rPr>
                    <w:rFonts w:ascii="Aptos" w:hAnsi="Aptos"/>
                    <w:color w:val="6B7280"/>
                    <w:sz w:val="17"/>
                    <w:i/>
                    <w:shd w:fill="F8F4EE"/>
                  </w:rPr>
                  <w:t xml:space="preserve">[sisesta]</w:t>
                </w:r>
              </w:sdtContent>
            </w:sdt>
          </w:p>
        </w:tc>
      </w:tr>
      <w:tr>
        <w:trPr>
          <w:trHeight w:val="765" w:hRule="atLeast"/>
        </w:trPr>
        <w:tc>
          <w:tcPr>
            <w:tcW w:type="dxa" w:w="2665"/>
            <w:shd w:fill="F8F4EE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7" w:color="8A98A6"/>
              <w:left w:val="single" w:sz="7" w:color="8A98A6"/>
              <w:bottom w:val="single" w:sz="7" w:color="8A98A6"/>
              <w:right w:val="single" w:sz="7" w:color="8A98A6"/>
            </w:tcBorders>
          </w:tcPr>
          <w:p>
            <w:sdt>
              <w:sdtPr>
                <w:alias w:val="REA_6_1"/>
                <w:tag w:val="REA_6_1"/>
                <w:id w:val="1028"/>
                <w:showingPlcHdr/>
                <w:text w:multiLine="1"/>
              </w:sdtPr>
              <w:sdtContent>
                <w:r>
                  <w:rPr>
                    <w:rFonts w:ascii="Aptos" w:hAnsi="Aptos"/>
                    <w:color w:val="6B7280"/>
                    <w:sz w:val="17"/>
                    <w:i/>
                    <w:shd w:fill="F8F4EE"/>
                  </w:rPr>
                  <w:t xml:space="preserve">[sisesta]</w:t>
                </w:r>
              </w:sdtContent>
            </w:sdt>
          </w:p>
        </w:tc>
        <w:tc>
          <w:tcPr>
            <w:tcW w:type="dxa" w:w="2948"/>
            <w:shd w:fill="F8F4EE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7" w:color="8A98A6"/>
              <w:left w:val="single" w:sz="7" w:color="8A98A6"/>
              <w:bottom w:val="single" w:sz="7" w:color="8A98A6"/>
              <w:right w:val="single" w:sz="7" w:color="8A98A6"/>
            </w:tcBorders>
          </w:tcPr>
          <w:p>
            <w:sdt>
              <w:sdtPr>
                <w:alias w:val="REA_6_2"/>
                <w:tag w:val="REA_6_2"/>
                <w:id w:val="1029"/>
                <w:showingPlcHdr/>
                <w:text w:multiLine="1"/>
              </w:sdtPr>
              <w:sdtContent>
                <w:r>
                  <w:rPr>
                    <w:rFonts w:ascii="Aptos" w:hAnsi="Aptos"/>
                    <w:color w:val="6B7280"/>
                    <w:sz w:val="17"/>
                    <w:i/>
                    <w:shd w:fill="F8F4EE"/>
                  </w:rPr>
                  <w:t xml:space="preserve">[sisesta]</w:t>
                </w:r>
              </w:sdtContent>
            </w:sdt>
          </w:p>
        </w:tc>
        <w:tc>
          <w:tcPr>
            <w:tcW w:type="dxa" w:w="2835"/>
            <w:shd w:fill="F8F4EE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7" w:color="8A98A6"/>
              <w:left w:val="single" w:sz="7" w:color="8A98A6"/>
              <w:bottom w:val="single" w:sz="7" w:color="8A98A6"/>
              <w:right w:val="single" w:sz="7" w:color="8A98A6"/>
            </w:tcBorders>
          </w:tcPr>
          <w:p>
            <w:sdt>
              <w:sdtPr>
                <w:alias w:val="REA_6_3"/>
                <w:tag w:val="REA_6_3"/>
                <w:id w:val="1030"/>
                <w:showingPlcHdr/>
                <w:text w:multiLine="1"/>
              </w:sdtPr>
              <w:sdtContent>
                <w:r>
                  <w:rPr>
                    <w:rFonts w:ascii="Aptos" w:hAnsi="Aptos"/>
                    <w:color w:val="6B7280"/>
                    <w:sz w:val="17"/>
                    <w:i/>
                    <w:shd w:fill="F8F4EE"/>
                  </w:rPr>
                  <w:t xml:space="preserve">[sisesta]</w:t>
                </w:r>
              </w:sdtContent>
            </w:sdt>
          </w:p>
        </w:tc>
        <w:tc>
          <w:tcPr>
            <w:tcW w:type="dxa" w:w="2438"/>
            <w:shd w:fill="F8F4EE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7" w:color="8A98A6"/>
              <w:left w:val="single" w:sz="7" w:color="8A98A6"/>
              <w:bottom w:val="single" w:sz="7" w:color="8A98A6"/>
              <w:right w:val="single" w:sz="7" w:color="8A98A6"/>
            </w:tcBorders>
          </w:tcPr>
          <w:p>
            <w:sdt>
              <w:sdtPr>
                <w:alias w:val="REA_6_4"/>
                <w:tag w:val="REA_6_4"/>
                <w:id w:val="1031"/>
                <w:showingPlcHdr/>
                <w:text w:multiLine="1"/>
              </w:sdtPr>
              <w:sdtContent>
                <w:r>
                  <w:rPr>
                    <w:rFonts w:ascii="Aptos" w:hAnsi="Aptos"/>
                    <w:color w:val="6B7280"/>
                    <w:sz w:val="17"/>
                    <w:i/>
                    <w:shd w:fill="F8F4EE"/>
                  </w:rPr>
                  <w:t xml:space="preserve">[sisesta]</w:t>
                </w:r>
              </w:sdtContent>
            </w:sdt>
          </w:p>
        </w:tc>
        <w:tc>
          <w:tcPr>
            <w:tcW w:type="dxa" w:w="2948"/>
            <w:shd w:fill="F8F4EE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7" w:color="8A98A6"/>
              <w:left w:val="single" w:sz="7" w:color="8A98A6"/>
              <w:bottom w:val="single" w:sz="7" w:color="8A98A6"/>
              <w:right w:val="single" w:sz="7" w:color="8A98A6"/>
            </w:tcBorders>
          </w:tcPr>
          <w:p>
            <w:sdt>
              <w:sdtPr>
                <w:alias w:val="REA_6_5"/>
                <w:tag w:val="REA_6_5"/>
                <w:id w:val="1032"/>
                <w:showingPlcHdr/>
                <w:text w:multiLine="1"/>
              </w:sdtPr>
              <w:sdtContent>
                <w:r>
                  <w:rPr>
                    <w:rFonts w:ascii="Aptos" w:hAnsi="Aptos"/>
                    <w:color w:val="6B7280"/>
                    <w:sz w:val="17"/>
                    <w:i/>
                    <w:shd w:fill="F8F4EE"/>
                  </w:rPr>
                  <w:t xml:space="preserve">[sisesta]</w:t>
                </w:r>
              </w:sdtContent>
            </w:sdt>
          </w:p>
        </w:tc>
      </w:tr>
    </w:tbl>
    <w:p>
      <w:pPr>
        <w:spacing w:before="120" w:after="0"/>
      </w:pPr>
      <w:r>
        <w:rPr>
          <w:rFonts w:ascii="Aptos" w:hAnsi="Aptos"/>
          <w:b/>
          <w:color w:val="082845"/>
          <w:sz w:val="17"/>
        </w:rPr>
        <w:t xml:space="preserve">Lisa vajaduse korral: </w:t>
      </w:r>
      <w:r>
        <w:rPr>
          <w:rFonts w:ascii="Aptos" w:hAnsi="Aptos"/>
          <w:i/>
          <w:color w:val="6B7280"/>
          <w:sz w:val="17"/>
        </w:rPr>
        <w:t>fotod või videod, tunnistaja nimi ja kontakt, kaebaja ja juhatuse kirjavahetus ning tehnilised aktid.</w:t>
      </w:r>
    </w:p>
    <w:p>
      <w:pPr>
        <w:sectPr w:rsidR="00FC693F" w:rsidRPr="0006063C" w:rsidSect="00034616">
          <w:type w:val="nextPage"/>
          <w:headerReference w:type="default" r:id="rId9"/>
          <w:footerReference w:type="default" r:id="rId10"/>
          <w:pgSz w:w="15840" w:h="12240" w:orient="landscape"/>
          <w:pgMar w:top="879" w:right="935" w:bottom="822" w:left="935" w:header="720" w:footer="720" w:gutter="0"/>
          <w:cols w:space="720"/>
          <w:docGrid w:linePitch="360"/>
        </w:sectPr>
      </w:pPr>
    </w:p>
    <w:p>
      <w:pPr>
        <w:pStyle w:val="Title"/>
        <w:spacing w:after="80"/>
        <w:jc w:val="left"/>
      </w:pPr>
      <w:r>
        <w:rPr>
          <w:rFonts w:ascii="Georgia" w:hAnsi="Georgia"/>
          <w:color w:val="B78A2C"/>
          <w:sz w:val="46"/>
        </w:rPr>
        <w:t>Kaebus korteriühistu juhatusele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70"/>
      </w:tblGrid>
      <w:tr>
        <w:tc>
          <w:tcPr>
            <w:tcW w:type="dxa" w:w="10370"/>
            <w:shd w:fill="F2E8D2"/>
            <w:tcBorders>
              <w:top w:val="single" w:sz="8" w:color="B78A2C"/>
              <w:left w:val="single" w:sz="8" w:color="B78A2C"/>
              <w:bottom w:val="single" w:sz="8" w:color="B78A2C"/>
              <w:right w:val="single" w:sz="8" w:color="B78A2C"/>
            </w:tcBorders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/>
                <w:i/>
                <w:color w:val="082845"/>
                <w:sz w:val="18"/>
              </w:rPr>
              <w:t>Täida halli taustaga väljad. Märkeruudud on Wordis klõpsatavad.</w:t>
            </w:r>
          </w:p>
        </w:tc>
      </w:tr>
    </w:tbl>
    <w:p>
      <w:pPr>
        <w:spacing w:after="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381"/>
        <w:gridCol w:w="6803"/>
      </w:tblGrid>
      <w:tr>
        <w:tc>
          <w:tcPr>
            <w:tcW w:type="dxa" w:w="2381"/>
            <w:shd w:fill="EAF0F4"/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/>
                <w:color w:val="082845"/>
                <w:sz w:val="19"/>
              </w:rPr>
              <w:t>Saaja</w:t>
            </w:r>
          </w:p>
        </w:tc>
        <w:tc>
          <w:tcPr>
            <w:tcW w:type="dxa" w:w="6803"/>
            <w:shd w:fill="F8F4EE"/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sdt>
              <w:sdtPr>
                <w:alias w:val="SAAJA"/>
                <w:tag w:val="SAAJA"/>
                <w:id w:val="1033"/>
                <w:showingPlcHdr/>
                <w:text/>
              </w:sdtPr>
              <w:sdtContent>
                <w:r>
                  <w:rPr>
                    <w:rFonts w:ascii="Aptos" w:hAnsi="Aptos"/>
                    <w:color w:val="6B7280"/>
                    <w:sz w:val="20"/>
                    <w:i/>
                    <w:shd w:fill="F8F4EE"/>
                  </w:rPr>
                  <w:t xml:space="preserve">[sisesta korteriühistu nimi või juhatus]</w:t>
                </w:r>
              </w:sdtContent>
            </w:sdt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381"/>
        <w:gridCol w:w="6803"/>
      </w:tblGrid>
      <w:tr>
        <w:tc>
          <w:tcPr>
            <w:tcW w:type="dxa" w:w="2381"/>
            <w:shd w:fill="EAF0F4"/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/>
                <w:color w:val="082845"/>
                <w:sz w:val="19"/>
              </w:rPr>
              <w:t>Kaebaja nimi</w:t>
            </w:r>
          </w:p>
        </w:tc>
        <w:tc>
          <w:tcPr>
            <w:tcW w:type="dxa" w:w="6803"/>
            <w:shd w:fill="F8F4EE"/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sdt>
              <w:sdtPr>
                <w:alias w:val="KAESAJA_NIMI"/>
                <w:tag w:val="KAESAJA_NIMI"/>
                <w:id w:val="1034"/>
                <w:showingPlcHdr/>
                <w:text/>
              </w:sdtPr>
              <w:sdtContent>
                <w:r>
                  <w:rPr>
                    <w:rFonts w:ascii="Aptos" w:hAnsi="Aptos"/>
                    <w:color w:val="6B7280"/>
                    <w:sz w:val="20"/>
                    <w:i/>
                    <w:shd w:fill="F8F4EE"/>
                  </w:rPr>
                  <w:t xml:space="preserve">[sisesta nimi]</w:t>
                </w:r>
              </w:sdtContent>
            </w:sdt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381"/>
        <w:gridCol w:w="6803"/>
      </w:tblGrid>
      <w:tr>
        <w:tc>
          <w:tcPr>
            <w:tcW w:type="dxa" w:w="2381"/>
            <w:shd w:fill="EAF0F4"/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/>
                <w:color w:val="082845"/>
                <w:sz w:val="19"/>
              </w:rPr>
              <w:t>Kaebaja korteri number</w:t>
            </w:r>
          </w:p>
        </w:tc>
        <w:tc>
          <w:tcPr>
            <w:tcW w:type="dxa" w:w="6803"/>
            <w:shd w:fill="F8F4EE"/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sdt>
              <w:sdtPr>
                <w:alias w:val="KAESAJA_KORTER"/>
                <w:tag w:val="KAESAJA_KORTER"/>
                <w:id w:val="1035"/>
                <w:showingPlcHdr/>
                <w:text/>
              </w:sdtPr>
              <w:sdtContent>
                <w:r>
                  <w:rPr>
                    <w:rFonts w:ascii="Aptos" w:hAnsi="Aptos"/>
                    <w:color w:val="6B7280"/>
                    <w:sz w:val="20"/>
                    <w:i/>
                    <w:shd w:fill="F8F4EE"/>
                  </w:rPr>
                  <w:t xml:space="preserve">[sisesta korteri number]</w:t>
                </w:r>
              </w:sdtContent>
            </w:sdt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381"/>
        <w:gridCol w:w="6803"/>
      </w:tblGrid>
      <w:tr>
        <w:tc>
          <w:tcPr>
            <w:tcW w:type="dxa" w:w="2381"/>
            <w:shd w:fill="EAF0F4"/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/>
                <w:color w:val="082845"/>
                <w:sz w:val="19"/>
              </w:rPr>
              <w:t>E-posti aadress ja telefon</w:t>
            </w:r>
          </w:p>
        </w:tc>
        <w:tc>
          <w:tcPr>
            <w:tcW w:type="dxa" w:w="6803"/>
            <w:shd w:fill="F8F4EE"/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sdt>
              <w:sdtPr>
                <w:alias w:val="KONTAKT"/>
                <w:tag w:val="KONTAKT"/>
                <w:id w:val="1036"/>
                <w:showingPlcHdr/>
                <w:text/>
              </w:sdtPr>
              <w:sdtContent>
                <w:r>
                  <w:rPr>
                    <w:rFonts w:ascii="Aptos" w:hAnsi="Aptos"/>
                    <w:color w:val="6B7280"/>
                    <w:sz w:val="20"/>
                    <w:i/>
                    <w:shd w:fill="F8F4EE"/>
                  </w:rPr>
                  <w:t xml:space="preserve">[sisesta e-post ja telefon]</w:t>
                </w:r>
              </w:sdtContent>
            </w:sdt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381"/>
        <w:gridCol w:w="6803"/>
      </w:tblGrid>
      <w:tr>
        <w:tc>
          <w:tcPr>
            <w:tcW w:type="dxa" w:w="2381"/>
            <w:shd w:fill="EAF0F4"/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/>
                <w:color w:val="082845"/>
                <w:sz w:val="19"/>
              </w:rPr>
              <w:t>Kuupäev</w:t>
            </w:r>
          </w:p>
        </w:tc>
        <w:tc>
          <w:tcPr>
            <w:tcW w:type="dxa" w:w="6803"/>
            <w:shd w:fill="F8F4EE"/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sdt>
              <w:sdtPr>
                <w:alias w:val="KUUPÄEV"/>
                <w:tag w:val="KUUPÄEV"/>
                <w:id w:val="1037"/>
                <w:showingPlcHdr/>
                <w:text/>
              </w:sdtPr>
              <w:sdtContent>
                <w:r>
                  <w:rPr>
                    <w:rFonts w:ascii="Aptos" w:hAnsi="Aptos"/>
                    <w:color w:val="6B7280"/>
                    <w:sz w:val="20"/>
                    <w:i/>
                    <w:shd w:fill="F8F4EE"/>
                  </w:rPr>
                  <w:t xml:space="preserve">[pp.kk.aaaa]</w:t>
                </w:r>
              </w:sdtContent>
            </w:sdt>
          </w:p>
        </w:tc>
      </w:tr>
    </w:tbl>
    <w:p>
      <w:pPr>
        <w:spacing w:after="120"/>
      </w:pPr>
      <w:r>
        <w:rPr>
          <w:rFonts w:ascii="Aptos" w:hAnsi="Aptos"/>
          <w:color w:val="1F2937"/>
          <w:sz w:val="21"/>
        </w:rPr>
        <w:t>Palun menetleda suitsuhäiringu kaebust, mis mõjutab minu korteri tavapärast kasutamist. Kirjeldan alljärgnevalt kontrollitavaid asjaolusid:</w:t>
      </w:r>
    </w:p>
    <w:p>
      <w:pPr>
        <w:pStyle w:val="FieldLabel"/>
        <w:spacing w:before="60" w:after="40"/>
      </w:pPr>
      <w:r>
        <w:t>1. Kus ja kuidas suits minuni jõuab?  (rõdu / avatud aken / trepikoda / muu)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70"/>
      </w:tblGrid>
      <w:tr>
        <w:trPr>
          <w:trHeight w:val="822" w:hRule="atLeast"/>
        </w:trPr>
        <w:tc>
          <w:tcPr>
            <w:tcW w:type="dxa" w:w="10370"/>
            <w:shd w:fill="F8F4EE"/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sdt>
              <w:sdtPr>
                <w:alias w:val="KUS_JA_KUIDAS"/>
                <w:tag w:val="KUS_JA_KUIDAS"/>
                <w:id w:val="1038"/>
                <w:showingPlcHdr/>
                <w:text w:multiLine="1"/>
              </w:sdtPr>
              <w:sdtContent>
                <w:r>
                  <w:rPr>
                    <w:rFonts w:ascii="Aptos" w:hAnsi="Aptos"/>
                    <w:color w:val="6B7280"/>
                    <w:sz w:val="20"/>
                    <w:i/>
                    <w:shd w:fill="F8F4EE"/>
                  </w:rPr>
                  <w:t xml:space="preserve">[klõpsa siia ja sisesta tekst]</w:t>
                </w:r>
              </w:sdtContent>
            </w:sdt>
          </w:p>
        </w:tc>
      </w:tr>
    </w:tbl>
    <w:p>
      <w:pPr>
        <w:pStyle w:val="FieldLabel"/>
        <w:spacing w:before="60" w:after="40"/>
      </w:pPr>
      <w:r>
        <w:t>2. Millal ja kui sageli see toimub?  (kuupäev / ajavahemik / kordade arv)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70"/>
      </w:tblGrid>
      <w:tr>
        <w:trPr>
          <w:trHeight w:val="822" w:hRule="atLeast"/>
        </w:trPr>
        <w:tc>
          <w:tcPr>
            <w:tcW w:type="dxa" w:w="10370"/>
            <w:shd w:fill="F8F4EE"/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sdt>
              <w:sdtPr>
                <w:alias w:val="MILLAL_JA_SAGEDUS"/>
                <w:tag w:val="MILLAL_JA_SAGEDUS"/>
                <w:id w:val="1039"/>
                <w:showingPlcHdr/>
                <w:text w:multiLine="1"/>
              </w:sdtPr>
              <w:sdtContent>
                <w:r>
                  <w:rPr>
                    <w:rFonts w:ascii="Aptos" w:hAnsi="Aptos"/>
                    <w:color w:val="6B7280"/>
                    <w:sz w:val="20"/>
                    <w:i/>
                    <w:shd w:fill="F8F4EE"/>
                  </w:rPr>
                  <w:t xml:space="preserve">[klõpsa siia ja sisesta tekst]</w:t>
                </w:r>
              </w:sdtContent>
            </w:sdt>
          </w:p>
        </w:tc>
      </w:tr>
    </w:tbl>
    <w:p>
      <w:pPr>
        <w:pStyle w:val="FieldLabel"/>
        <w:spacing w:before="60" w:after="40"/>
      </w:pPr>
      <w:r>
        <w:t>3. Millist mõju see põhjustab?  (aken tuleb sulgeda / ruumi ei saa kasutada / tervisekaebus jne)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70"/>
      </w:tblGrid>
      <w:tr>
        <w:trPr>
          <w:trHeight w:val="822" w:hRule="atLeast"/>
        </w:trPr>
        <w:tc>
          <w:tcPr>
            <w:tcW w:type="dxa" w:w="10370"/>
            <w:shd w:fill="F8F4EE"/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sdt>
              <w:sdtPr>
                <w:alias w:val="MÕJU"/>
                <w:tag w:val="MÕJU"/>
                <w:id w:val="1040"/>
                <w:showingPlcHdr/>
                <w:text w:multiLine="1"/>
              </w:sdtPr>
              <w:sdtContent>
                <w:r>
                  <w:rPr>
                    <w:rFonts w:ascii="Aptos" w:hAnsi="Aptos"/>
                    <w:color w:val="6B7280"/>
                    <w:sz w:val="20"/>
                    <w:i/>
                    <w:shd w:fill="F8F4EE"/>
                  </w:rPr>
                  <w:t xml:space="preserve">[klõpsa siia ja sisesta tekst]</w:t>
                </w:r>
              </w:sdtContent>
            </w:sdt>
          </w:p>
        </w:tc>
      </w:tr>
    </w:tbl>
    <w:p>
      <w:pPr>
        <w:pStyle w:val="FieldLabel"/>
        <w:spacing w:before="60" w:after="40"/>
      </w:pPr>
      <w:r>
        <w:t>4. Milline on võimalik allikas?  (korter / rõdu või ruum – märgi, kui tegemist on kahtlusega)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70"/>
      </w:tblGrid>
      <w:tr>
        <w:trPr>
          <w:trHeight w:val="822" w:hRule="atLeast"/>
        </w:trPr>
        <w:tc>
          <w:tcPr>
            <w:tcW w:type="dxa" w:w="10370"/>
            <w:shd w:fill="F8F4EE"/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sdt>
              <w:sdtPr>
                <w:alias w:val="ALLIKAS"/>
                <w:tag w:val="ALLIKAS"/>
                <w:id w:val="1041"/>
                <w:showingPlcHdr/>
                <w:text w:multiLine="1"/>
              </w:sdtPr>
              <w:sdtContent>
                <w:r>
                  <w:rPr>
                    <w:rFonts w:ascii="Aptos" w:hAnsi="Aptos"/>
                    <w:color w:val="6B7280"/>
                    <w:sz w:val="20"/>
                    <w:i/>
                    <w:shd w:fill="F8F4EE"/>
                  </w:rPr>
                  <w:t xml:space="preserve">[klõpsa siia ja sisesta tekst]</w:t>
                </w:r>
              </w:sdtContent>
            </w:sdt>
          </w:p>
        </w:tc>
      </w:tr>
    </w:tbl>
    <w:p>
      <w:pPr>
        <w:pStyle w:val="Heading2"/>
        <w:spacing w:before="100" w:after="60"/>
      </w:pPr>
      <w:r>
        <w:t>5. Palun juhatusel:</w:t>
      </w:r>
    </w:p>
    <w:p>
      <w:pPr>
        <w:spacing w:after="20"/>
        <w:ind w:left="227"/>
      </w:pPr>
      <w:sdt>
        <w:sdtPr>
          <w:alias w:val="REGISTREERI"/>
          <w:tag w:val="REGISTREERI"/>
          <w:id w:val="10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2"/>
            </w:rPr>
            <w:t>☐</w:t>
          </w:r>
        </w:sdtContent>
      </w:sdt>
      <w:r>
        <w:rPr>
          <w:rFonts w:ascii="Aptos" w:hAnsi="Aptos"/>
          <w:color w:val="1F2937"/>
          <w:sz w:val="21"/>
        </w:rPr>
        <w:t xml:space="preserve"> registreerida kaebus</w:t>
      </w:r>
    </w:p>
    <w:p>
      <w:pPr>
        <w:spacing w:after="20"/>
        <w:ind w:left="227"/>
      </w:pPr>
      <w:sdt>
        <w:sdtPr>
          <w:alias w:val="KUULA"/>
          <w:tag w:val="KUULA"/>
          <w:id w:val="10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2"/>
            </w:rPr>
            <w:t>☐</w:t>
          </w:r>
        </w:sdtContent>
      </w:sdt>
      <w:r>
        <w:rPr>
          <w:rFonts w:ascii="Aptos" w:hAnsi="Aptos"/>
          <w:color w:val="1F2937"/>
          <w:sz w:val="21"/>
        </w:rPr>
        <w:t xml:space="preserve"> kuulata ära väidetav rikkuja</w:t>
      </w:r>
    </w:p>
    <w:p>
      <w:pPr>
        <w:spacing w:after="20"/>
        <w:ind w:left="227"/>
      </w:pPr>
      <w:sdt>
        <w:sdtPr>
          <w:alias w:val="VENT"/>
          <w:tag w:val="VENT"/>
          <w:id w:val="10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2"/>
            </w:rPr>
            <w:t>☐</w:t>
          </w:r>
        </w:sdtContent>
      </w:sdt>
      <w:r>
        <w:rPr>
          <w:rFonts w:ascii="Aptos" w:hAnsi="Aptos"/>
          <w:color w:val="1F2937"/>
          <w:sz w:val="21"/>
        </w:rPr>
        <w:t xml:space="preserve"> kontrollida ventilatsiooni / levikuteed</w:t>
      </w:r>
    </w:p>
    <w:p>
      <w:pPr>
        <w:spacing w:after="20"/>
        <w:ind w:left="227"/>
      </w:pPr>
      <w:sdt>
        <w:sdtPr>
          <w:alias w:val="AJUTINE"/>
          <w:tag w:val="AJUTINE"/>
          <w:id w:val="10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2"/>
            </w:rPr>
            <w:t>☐</w:t>
          </w:r>
        </w:sdtContent>
      </w:sdt>
      <w:r>
        <w:rPr>
          <w:rFonts w:ascii="Aptos" w:hAnsi="Aptos"/>
          <w:color w:val="1F2937"/>
          <w:sz w:val="21"/>
        </w:rPr>
        <w:t xml:space="preserve"> pakkuda ajutist lahendust</w:t>
      </w:r>
    </w:p>
    <w:p>
      <w:pPr>
        <w:spacing w:before="80"/>
      </w:pPr>
      <w:r>
        <w:rPr>
          <w:rFonts w:ascii="Aptos" w:hAnsi="Aptos"/>
          <w:b/>
          <w:color w:val="082845"/>
          <w:sz w:val="21"/>
        </w:rPr>
        <w:t xml:space="preserve">Lisad: </w:t>
      </w:r>
      <w:sdt>
        <w:sdtPr>
          <w:alias w:val="LISA_PÄEVIK"/>
          <w:tag w:val="LISA_PÄEVIK"/>
          <w:id w:val="10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2"/>
            </w:rPr>
            <w:t>☐</w:t>
          </w:r>
        </w:sdtContent>
      </w:sdt>
      <w:r>
        <w:rPr>
          <w:rFonts w:ascii="Aptos" w:hAnsi="Aptos"/>
          <w:color w:val="1F2937"/>
          <w:sz w:val="21"/>
        </w:rPr>
        <w:t xml:space="preserve"> häiringupäevik</w:t>
      </w:r>
      <w:r>
        <w:t xml:space="preserve">   </w:t>
      </w:r>
      <w:sdt>
        <w:sdtPr>
          <w:alias w:val="LISA_FOTOD"/>
          <w:tag w:val="LISA_FOTOD"/>
          <w:id w:val="10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2"/>
            </w:rPr>
            <w:t>☐</w:t>
          </w:r>
        </w:sdtContent>
      </w:sdt>
      <w:r>
        <w:rPr>
          <w:rFonts w:ascii="Aptos" w:hAnsi="Aptos"/>
          <w:color w:val="1F2937"/>
          <w:sz w:val="21"/>
        </w:rPr>
        <w:t xml:space="preserve"> fotod</w:t>
      </w:r>
      <w:r>
        <w:t xml:space="preserve">   </w:t>
      </w:r>
      <w:sdt>
        <w:sdtPr>
          <w:alias w:val="LISA_KIRJAD"/>
          <w:tag w:val="LISA_KIRJAD"/>
          <w:id w:val="10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2"/>
            </w:rPr>
            <w:t>☐</w:t>
          </w:r>
        </w:sdtContent>
      </w:sdt>
      <w:r>
        <w:rPr>
          <w:rFonts w:ascii="Aptos" w:hAnsi="Aptos"/>
          <w:color w:val="1F2937"/>
          <w:sz w:val="21"/>
        </w:rPr>
        <w:t xml:space="preserve"> kirjavahetus</w:t>
      </w:r>
      <w:r>
        <w:t xml:space="preserve">   </w:t>
      </w:r>
      <w:sdt>
        <w:sdtPr>
          <w:alias w:val="LISA_ARST"/>
          <w:tag w:val="LISA_ARST"/>
          <w:id w:val="10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2"/>
            </w:rPr>
            <w:t>☐</w:t>
          </w:r>
        </w:sdtContent>
      </w:sdt>
      <w:r>
        <w:rPr>
          <w:rFonts w:ascii="Aptos" w:hAnsi="Aptos"/>
          <w:color w:val="1F2937"/>
          <w:sz w:val="21"/>
        </w:rPr>
        <w:t xml:space="preserve"> arstitõend</w:t>
      </w:r>
      <w:r>
        <w:t xml:space="preserve">   </w:t>
      </w:r>
      <w:sdt>
        <w:sdtPr>
          <w:alias w:val="LISA_MUU"/>
          <w:tag w:val="LISA_MUU"/>
          <w:id w:val="10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2"/>
            </w:rPr>
            <w:t>☐</w:t>
          </w:r>
        </w:sdtContent>
      </w:sdt>
      <w:r>
        <w:rPr>
          <w:rFonts w:ascii="Aptos" w:hAnsi="Aptos"/>
          <w:color w:val="1F2937"/>
          <w:sz w:val="21"/>
        </w:rPr>
        <w:t xml:space="preserve"> muu</w:t>
      </w:r>
      <w:r>
        <w:t xml:space="preserve">   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1587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shd w:fill="EAF0F4"/>
          </w:tcPr>
          <w:p>
            <w:r>
              <w:rPr>
                <w:rFonts w:ascii="Aptos" w:hAnsi="Aptos"/>
                <w:b/>
                <w:color w:val="082845"/>
                <w:sz w:val="19"/>
              </w:rPr>
              <w:t>Muu lisa</w:t>
            </w:r>
          </w:p>
        </w:tc>
        <w:tc>
          <w:tcPr>
            <w:tcW w:type="dxa" w:w="328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shd w:fill="F8F4EE"/>
          </w:tcPr>
          <w:p>
            <w:sdt>
              <w:sdtPr>
                <w:alias w:val="MUU_LISA"/>
                <w:tag w:val="MUU_LISA"/>
                <w:id w:val="1051"/>
                <w:showingPlcHdr/>
                <w:text/>
              </w:sdtPr>
              <w:sdtContent>
                <w:r>
                  <w:rPr>
                    <w:rFonts w:ascii="Aptos" w:hAnsi="Aptos"/>
                    <w:color w:val="6B7280"/>
                    <w:sz w:val="19"/>
                    <w:i/>
                    <w:shd w:fill="F8F4EE"/>
                  </w:rPr>
                  <w:t xml:space="preserve">[täpsusta vajaduse korral]</w:t>
                </w:r>
              </w:sdtContent>
            </w:sdt>
          </w:p>
        </w:tc>
        <w:tc>
          <w:tcPr>
            <w:tcW w:type="dxa" w:w="113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shd w:fill="EAF0F4"/>
          </w:tcPr>
          <w:p>
            <w:r>
              <w:rPr>
                <w:rFonts w:ascii="Aptos" w:hAnsi="Aptos"/>
                <w:b/>
                <w:color w:val="082845"/>
                <w:sz w:val="19"/>
              </w:rPr>
              <w:t>Allkiri</w:t>
            </w:r>
          </w:p>
        </w:tc>
        <w:tc>
          <w:tcPr>
            <w:tcW w:type="dxa" w:w="3231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shd w:fill="F8F4EE"/>
          </w:tcPr>
          <w:p>
            <w:sdt>
              <w:sdtPr>
                <w:alias w:val="ALLKIRI"/>
                <w:tag w:val="ALLKIRI"/>
                <w:id w:val="1052"/>
                <w:showingPlcHdr/>
                <w:text/>
              </w:sdtPr>
              <w:sdtContent>
                <w:r>
                  <w:rPr>
                    <w:rFonts w:ascii="Aptos" w:hAnsi="Aptos"/>
                    <w:color w:val="6B7280"/>
                    <w:sz w:val="19"/>
                    <w:i/>
                    <w:shd w:fill="F8F4EE"/>
                  </w:rPr>
                  <w:t xml:space="preserve">[nimi / digiallkiri]</w:t>
                </w:r>
              </w:sdtContent>
            </w:sdt>
          </w:p>
        </w:tc>
      </w:tr>
    </w:tbl>
    <w:p>
      <w:pPr>
        <w:sectPr w:rsidR="00FC693F" w:rsidRPr="0006063C" w:rsidSect="00034616">
          <w:type w:val="nextPage"/>
          <w:headerReference w:type="default" r:id="rId9"/>
          <w:footerReference w:type="default" r:id="rId10"/>
          <w:pgSz w:w="12240" w:h="15840"/>
          <w:pgMar w:top="879" w:right="935" w:bottom="822" w:left="935" w:header="720" w:footer="720" w:gutter="0"/>
          <w:cols w:space="720"/>
          <w:docGrid w:linePitch="360"/>
        </w:sectPr>
      </w:pPr>
    </w:p>
    <w:p>
      <w:pPr>
        <w:pStyle w:val="Title"/>
        <w:spacing w:after="80"/>
        <w:jc w:val="left"/>
      </w:pPr>
      <w:r>
        <w:rPr>
          <w:rFonts w:ascii="Georgia" w:hAnsi="Georgia"/>
          <w:color w:val="B78A2C"/>
          <w:sz w:val="46"/>
        </w:rPr>
        <w:t>Juhatuse vastus kaebajale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70"/>
      </w:tblGrid>
      <w:tr>
        <w:tc>
          <w:tcPr>
            <w:tcW w:type="dxa" w:w="10370"/>
            <w:shd w:fill="F2E8D2"/>
            <w:tcBorders>
              <w:top w:val="single" w:sz="8" w:color="B78A2C"/>
              <w:left w:val="single" w:sz="8" w:color="B78A2C"/>
              <w:bottom w:val="single" w:sz="8" w:color="B78A2C"/>
              <w:right w:val="single" w:sz="8" w:color="B78A2C"/>
            </w:tcBorders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/>
                <w:i/>
                <w:color w:val="082845"/>
                <w:sz w:val="18"/>
              </w:rPr>
              <w:t>Täida halli taustaga väljad. Märkeruudud on Wordis klõpsatavad.</w:t>
            </w:r>
          </w:p>
        </w:tc>
      </w:tr>
    </w:tbl>
    <w:p>
      <w:pPr>
        <w:spacing w:after="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381"/>
        <w:gridCol w:w="6803"/>
      </w:tblGrid>
      <w:tr>
        <w:tc>
          <w:tcPr>
            <w:tcW w:type="dxa" w:w="2381"/>
            <w:shd w:fill="EAF0F4"/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/>
                <w:color w:val="082845"/>
                <w:sz w:val="19"/>
              </w:rPr>
              <w:t>Saaja</w:t>
            </w:r>
          </w:p>
        </w:tc>
        <w:tc>
          <w:tcPr>
            <w:tcW w:type="dxa" w:w="6803"/>
            <w:shd w:fill="F8F4EE"/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sdt>
              <w:sdtPr>
                <w:alias w:val="SAAJA"/>
                <w:tag w:val="SAAJA"/>
                <w:id w:val="1053"/>
                <w:showingPlcHdr/>
                <w:text/>
              </w:sdtPr>
              <w:sdtContent>
                <w:r>
                  <w:rPr>
                    <w:rFonts w:ascii="Aptos" w:hAnsi="Aptos"/>
                    <w:color w:val="6B7280"/>
                    <w:sz w:val="20"/>
                    <w:i/>
                    <w:shd w:fill="F8F4EE"/>
                  </w:rPr>
                  <w:t xml:space="preserve">[sisesta nimi ja kontakt]</w:t>
                </w:r>
              </w:sdtContent>
            </w:sdt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381"/>
        <w:gridCol w:w="6803"/>
      </w:tblGrid>
      <w:tr>
        <w:tc>
          <w:tcPr>
            <w:tcW w:type="dxa" w:w="2381"/>
            <w:shd w:fill="EAF0F4"/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/>
                <w:color w:val="082845"/>
                <w:sz w:val="19"/>
              </w:rPr>
              <w:t>Kuupäev</w:t>
            </w:r>
          </w:p>
        </w:tc>
        <w:tc>
          <w:tcPr>
            <w:tcW w:type="dxa" w:w="6803"/>
            <w:shd w:fill="F8F4EE"/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sdt>
              <w:sdtPr>
                <w:alias w:val="KUUPÄEV"/>
                <w:tag w:val="KUUPÄEV"/>
                <w:id w:val="1054"/>
                <w:showingPlcHdr/>
                <w:text/>
              </w:sdtPr>
              <w:sdtContent>
                <w:r>
                  <w:rPr>
                    <w:rFonts w:ascii="Aptos" w:hAnsi="Aptos"/>
                    <w:color w:val="6B7280"/>
                    <w:sz w:val="20"/>
                    <w:i/>
                    <w:shd w:fill="F8F4EE"/>
                  </w:rPr>
                  <w:t xml:space="preserve">[pp.kk.aaaa]</w:t>
                </w:r>
              </w:sdtContent>
            </w:sdt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381"/>
        <w:gridCol w:w="6803"/>
      </w:tblGrid>
      <w:tr>
        <w:tc>
          <w:tcPr>
            <w:tcW w:type="dxa" w:w="2381"/>
            <w:shd w:fill="EAF0F4"/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/>
                <w:color w:val="082845"/>
                <w:sz w:val="19"/>
              </w:rPr>
              <w:t>Juhtumi viide</w:t>
            </w:r>
          </w:p>
        </w:tc>
        <w:tc>
          <w:tcPr>
            <w:tcW w:type="dxa" w:w="6803"/>
            <w:shd w:fill="F8F4EE"/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sdt>
              <w:sdtPr>
                <w:alias w:val="VIIDE"/>
                <w:tag w:val="VIIDE"/>
                <w:id w:val="1055"/>
                <w:showingPlcHdr/>
                <w:text/>
              </w:sdtPr>
              <w:sdtContent>
                <w:r>
                  <w:rPr>
                    <w:rFonts w:ascii="Aptos" w:hAnsi="Aptos"/>
                    <w:color w:val="6B7280"/>
                    <w:sz w:val="20"/>
                    <w:i/>
                    <w:shd w:fill="F8F4EE"/>
                  </w:rPr>
                  <w:t xml:space="preserve">[sisesta viide]</w:t>
                </w:r>
              </w:sdtContent>
            </w:sdt>
          </w:p>
        </w:tc>
      </w:tr>
    </w:tbl>
    <w:p>
      <w:pPr>
        <w:spacing w:before="120"/>
      </w:pPr>
      <w:r>
        <w:rPr>
          <w:rFonts w:ascii="Aptos" w:hAnsi="Aptos"/>
          <w:b/>
          <w:color w:val="082845"/>
          <w:sz w:val="22"/>
        </w:rPr>
        <w:t>Teema: kinnitame suitsuhäiringu kaebuse kättesaamist</w:t>
      </w:r>
    </w:p>
    <w:p>
      <w:pPr>
        <w:spacing w:after="100"/>
      </w:pPr>
      <w:r>
        <w:rPr>
          <w:rFonts w:ascii="Aptos" w:hAnsi="Aptos"/>
          <w:color w:val="1F2937"/>
          <w:sz w:val="21"/>
        </w:rPr>
        <w:t xml:space="preserve">Täname Teid </w:t>
      </w:r>
      <w:sdt>
        <w:sdtPr>
          <w:alias w:val="KAEBUSE_KUUPÄEV"/>
          <w:tag w:val="KAEBUSE_KUUPÄEV"/>
          <w:id w:val="1056"/>
          <w:showingPlcHdr/>
          <w:text/>
        </w:sdtPr>
        <w:sdtContent>
          <w:r>
            <w:rPr>
              <w:rFonts w:ascii="Aptos" w:hAnsi="Aptos"/>
              <w:color w:val="6B7280"/>
              <w:sz w:val="21"/>
              <w:i/>
              <w:shd w:fill="F8F4EE"/>
            </w:rPr>
            <w:t xml:space="preserve">[kuupäeval]</w:t>
          </w:r>
        </w:sdtContent>
      </w:sdt>
      <w:r>
        <w:rPr>
          <w:rFonts w:ascii="Aptos" w:hAnsi="Aptos"/>
          <w:color w:val="1F2937"/>
          <w:sz w:val="21"/>
        </w:rPr>
        <w:t xml:space="preserve"> esitatud teate eest. Juhatus registreeris kaebuse viitega </w:t>
      </w:r>
      <w:sdt>
        <w:sdtPr>
          <w:alias w:val="KAEBUSE_VIIDE"/>
          <w:tag w:val="KAEBUSE_VIIDE"/>
          <w:id w:val="1057"/>
          <w:showingPlcHdr/>
          <w:text/>
        </w:sdtPr>
        <w:sdtContent>
          <w:r>
            <w:rPr>
              <w:rFonts w:ascii="Aptos" w:hAnsi="Aptos"/>
              <w:color w:val="6B7280"/>
              <w:sz w:val="21"/>
              <w:i/>
              <w:shd w:fill="F8F4EE"/>
            </w:rPr>
            <w:t xml:space="preserve">[viide]</w:t>
          </w:r>
        </w:sdtContent>
      </w:sdt>
      <w:r>
        <w:rPr>
          <w:rFonts w:ascii="Aptos" w:hAnsi="Aptos"/>
          <w:color w:val="1F2937"/>
          <w:sz w:val="21"/>
        </w:rPr>
        <w:t>. Kaebuse vastuvõtmine ei tähenda veel rikkumise tuvastamist; juhatus kontrollib asjaolusid neutraalselt ja kuulab ära mõlemad pooled.</w:t>
      </w:r>
    </w:p>
    <w:p>
      <w:pPr>
        <w:spacing w:after="100"/>
      </w:pPr>
      <w:r>
        <w:rPr>
          <w:rFonts w:ascii="Aptos" w:hAnsi="Aptos"/>
          <w:color w:val="1F2937"/>
          <w:sz w:val="21"/>
        </w:rPr>
        <w:t xml:space="preserve">Palume hiljemalt </w:t>
      </w:r>
      <w:sdt>
        <w:sdtPr>
          <w:alias w:val="TÄPSUSTUSE_TÄHTAEG"/>
          <w:tag w:val="TÄPSUSTUSE_TÄHTAEG"/>
          <w:id w:val="1058"/>
          <w:showingPlcHdr/>
          <w:text/>
        </w:sdtPr>
        <w:sdtContent>
          <w:r>
            <w:rPr>
              <w:rFonts w:ascii="Aptos" w:hAnsi="Aptos"/>
              <w:color w:val="6B7280"/>
              <w:sz w:val="21"/>
              <w:i/>
              <w:shd w:fill="F8F4EE"/>
            </w:rPr>
            <w:t xml:space="preserve">[kuupäevaks]</w:t>
          </w:r>
        </w:sdtContent>
      </w:sdt>
      <w:r>
        <w:rPr>
          <w:rFonts w:ascii="Aptos" w:hAnsi="Aptos"/>
          <w:color w:val="1F2937"/>
          <w:sz w:val="21"/>
        </w:rPr>
        <w:t xml:space="preserve"> täpsustada:</w:t>
      </w:r>
    </w:p>
    <w:p>
      <w:pPr>
        <w:pStyle w:val="ListNumber"/>
        <w:numPr>
          <w:ilvl w:val="0"/>
          <w:numId w:val="10"/>
        </w:numPr>
        <w:spacing w:after="60"/>
      </w:pPr>
      <w:r>
        <w:rPr>
          <w:rFonts w:ascii="Aptos" w:hAnsi="Aptos"/>
          <w:color w:val="1F2937"/>
          <w:sz w:val="20"/>
        </w:rPr>
        <w:t>juhtumite kuupäevad ja kellaajad;</w:t>
      </w:r>
    </w:p>
    <w:p>
      <w:pPr>
        <w:pStyle w:val="ListNumber"/>
        <w:numPr>
          <w:ilvl w:val="0"/>
          <w:numId w:val="10"/>
        </w:numPr>
        <w:spacing w:after="60"/>
      </w:pPr>
      <w:r>
        <w:rPr>
          <w:rFonts w:ascii="Aptos" w:hAnsi="Aptos"/>
          <w:color w:val="1F2937"/>
          <w:sz w:val="20"/>
        </w:rPr>
        <w:t>mõjutatud ruum;</w:t>
      </w:r>
    </w:p>
    <w:p>
      <w:pPr>
        <w:pStyle w:val="ListNumber"/>
        <w:numPr>
          <w:ilvl w:val="0"/>
          <w:numId w:val="10"/>
        </w:numPr>
        <w:spacing w:after="60"/>
      </w:pPr>
      <w:r>
        <w:rPr>
          <w:rFonts w:ascii="Aptos" w:hAnsi="Aptos"/>
          <w:color w:val="1F2937"/>
          <w:sz w:val="20"/>
        </w:rPr>
        <w:t>võimalik levikutee;</w:t>
      </w:r>
    </w:p>
    <w:p>
      <w:pPr>
        <w:pStyle w:val="ListNumber"/>
        <w:numPr>
          <w:ilvl w:val="0"/>
          <w:numId w:val="10"/>
        </w:numPr>
        <w:spacing w:after="60"/>
      </w:pPr>
      <w:r>
        <w:rPr>
          <w:rFonts w:ascii="Aptos" w:hAnsi="Aptos"/>
          <w:color w:val="1F2937"/>
          <w:sz w:val="20"/>
        </w:rPr>
        <w:t>mõju kestus ja tagajärg;</w:t>
      </w:r>
    </w:p>
    <w:p>
      <w:pPr>
        <w:pStyle w:val="ListNumber"/>
        <w:numPr>
          <w:ilvl w:val="0"/>
          <w:numId w:val="10"/>
        </w:numPr>
        <w:spacing w:after="60"/>
      </w:pPr>
      <w:r>
        <w:rPr>
          <w:rFonts w:ascii="Aptos" w:hAnsi="Aptos"/>
          <w:color w:val="1F2937"/>
          <w:sz w:val="20"/>
        </w:rPr>
        <w:t>võimalikud tunnistajad või lisad.</w:t>
      </w:r>
    </w:p>
    <w:p>
      <w:r>
        <w:rPr>
          <w:rFonts w:ascii="Aptos" w:hAnsi="Aptos"/>
          <w:b/>
          <w:color w:val="082845"/>
          <w:sz w:val="21"/>
        </w:rPr>
        <w:t>Juhatuse esimesed sammud:</w:t>
      </w:r>
    </w:p>
    <w:p>
      <w:pPr>
        <w:pStyle w:val="ListBullet"/>
        <w:spacing w:after="40"/>
      </w:pPr>
      <w:r>
        <w:rPr>
          <w:rFonts w:ascii="Aptos" w:hAnsi="Aptos"/>
          <w:color w:val="1F2937"/>
          <w:sz w:val="20"/>
        </w:rPr>
        <w:t>palume väidetaval häiringu põhjustajal anda selgitus;</w:t>
      </w:r>
    </w:p>
    <w:p>
      <w:pPr>
        <w:pStyle w:val="ListBullet"/>
        <w:spacing w:after="40"/>
      </w:pPr>
      <w:r>
        <w:rPr>
          <w:rFonts w:ascii="Aptos" w:hAnsi="Aptos"/>
          <w:color w:val="1F2937"/>
          <w:sz w:val="20"/>
        </w:rPr>
        <w:t>hindame ajutise kokkuleppe võimalust;</w:t>
      </w:r>
    </w:p>
    <w:p>
      <w:pPr>
        <w:pStyle w:val="ListBullet"/>
        <w:spacing w:after="40"/>
      </w:pPr>
      <w:r>
        <w:rPr>
          <w:rFonts w:ascii="Aptos" w:hAnsi="Aptos"/>
          <w:color w:val="1F2937"/>
          <w:sz w:val="20"/>
        </w:rPr>
        <w:t>vajaduse korral kontrollime ventilatsiooni või muid tehnilisi põhjusi;</w:t>
      </w:r>
    </w:p>
    <w:p>
      <w:pPr>
        <w:pStyle w:val="ListBullet"/>
        <w:spacing w:after="80"/>
      </w:pPr>
      <w:r>
        <w:rPr>
          <w:rFonts w:ascii="Aptos" w:hAnsi="Aptos"/>
          <w:color w:val="1F2937"/>
          <w:sz w:val="20"/>
        </w:rPr>
        <w:t xml:space="preserve">anname Teile esialgse tagasiside hiljemalt </w:t>
      </w:r>
      <w:sdt>
        <w:sdtPr>
          <w:alias w:val="TAGASISIDE_TÄHTAEG"/>
          <w:tag w:val="TAGASISIDE_TÄHTAEG"/>
          <w:id w:val="1059"/>
          <w:showingPlcHdr/>
          <w:text/>
        </w:sdtPr>
        <w:sdtContent>
          <w:r>
            <w:rPr>
              <w:rFonts w:ascii="Aptos" w:hAnsi="Aptos"/>
              <w:color w:val="6B7280"/>
              <w:sz w:val="20"/>
              <w:i/>
              <w:shd w:fill="F8F4EE"/>
            </w:rPr>
            <w:t xml:space="preserve">[tähtaeg]</w:t>
          </w:r>
        </w:sdtContent>
      </w:sdt>
      <w:r>
        <w:t>.</w:t>
      </w:r>
    </w:p>
    <w:p>
      <w:pPr>
        <w:spacing w:after="100"/>
      </w:pPr>
      <w:r>
        <w:rPr>
          <w:rFonts w:ascii="Aptos" w:hAnsi="Aptos"/>
          <w:color w:val="1F2937"/>
          <w:sz w:val="21"/>
        </w:rPr>
        <w:t>Palume jätkata häiringupäeviku täitmist. Isikuandmeid jagatakse ainult ulatuses, mis on juhtumi lahendamiseks vajalik.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381"/>
        <w:gridCol w:w="6803"/>
      </w:tblGrid>
      <w:tr>
        <w:tc>
          <w:tcPr>
            <w:tcW w:type="dxa" w:w="2381"/>
            <w:shd w:fill="EAF0F4"/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/>
                <w:color w:val="082845"/>
                <w:sz w:val="19"/>
              </w:rPr>
              <w:t>Juhatuse esindaja</w:t>
            </w:r>
          </w:p>
        </w:tc>
        <w:tc>
          <w:tcPr>
            <w:tcW w:type="dxa" w:w="6803"/>
            <w:shd w:fill="F8F4EE"/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sdt>
              <w:sdtPr>
                <w:alias w:val="ESINDAJA"/>
                <w:tag w:val="ESINDAJA"/>
                <w:id w:val="1060"/>
                <w:showingPlcHdr/>
                <w:text/>
              </w:sdtPr>
              <w:sdtContent>
                <w:r>
                  <w:rPr>
                    <w:rFonts w:ascii="Aptos" w:hAnsi="Aptos"/>
                    <w:color w:val="6B7280"/>
                    <w:sz w:val="20"/>
                    <w:i/>
                    <w:shd w:fill="F8F4EE"/>
                  </w:rPr>
                  <w:t xml:space="preserve">[nimi ja ametikoht]</w:t>
                </w:r>
              </w:sdtContent>
            </w:sdt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381"/>
        <w:gridCol w:w="6803"/>
      </w:tblGrid>
      <w:tr>
        <w:tc>
          <w:tcPr>
            <w:tcW w:type="dxa" w:w="2381"/>
            <w:shd w:fill="EAF0F4"/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/>
                <w:color w:val="082845"/>
                <w:sz w:val="19"/>
              </w:rPr>
              <w:t>Allkiri</w:t>
            </w:r>
          </w:p>
        </w:tc>
        <w:tc>
          <w:tcPr>
            <w:tcW w:type="dxa" w:w="6803"/>
            <w:shd w:fill="F8F4EE"/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sdt>
              <w:sdtPr>
                <w:alias w:val="ALLKIRI"/>
                <w:tag w:val="ALLKIRI"/>
                <w:id w:val="1061"/>
                <w:showingPlcHdr/>
                <w:text/>
              </w:sdtPr>
              <w:sdtContent>
                <w:r>
                  <w:rPr>
                    <w:rFonts w:ascii="Aptos" w:hAnsi="Aptos"/>
                    <w:color w:val="6B7280"/>
                    <w:sz w:val="20"/>
                    <w:i/>
                    <w:shd w:fill="F8F4EE"/>
                  </w:rPr>
                  <w:t xml:space="preserve">[sisesta nimi või lisa digiallkiri]</w:t>
                </w:r>
              </w:sdtContent>
            </w:sdt>
          </w:p>
        </w:tc>
      </w:tr>
    </w:tbl>
    <w:p>
      <w:pPr>
        <w:spacing w:before="140"/>
      </w:pPr>
      <w:r>
        <w:rPr>
          <w:rFonts w:ascii="Aptos" w:hAnsi="Aptos"/>
          <w:b/>
          <w:color w:val="082845"/>
          <w:sz w:val="17"/>
        </w:rPr>
        <w:t xml:space="preserve">Märkus: </w:t>
      </w:r>
      <w:r>
        <w:rPr>
          <w:rFonts w:ascii="Aptos" w:hAnsi="Aptos"/>
          <w:i/>
          <w:color w:val="6B7280"/>
          <w:sz w:val="17"/>
        </w:rPr>
        <w:t>hea vastus annab kaebajale juhtumi viite, tähtaja ja arusaadava järgmise sammu. Väldi lubadust, et juhatus „karistab süüdlast“, enne kui asjaolud on kontrollitud.</w:t>
      </w:r>
    </w:p>
    <w:p>
      <w:pPr>
        <w:sectPr w:rsidR="00FC693F" w:rsidRPr="0006063C" w:rsidSect="00034616">
          <w:type w:val="nextPage"/>
          <w:headerReference w:type="default" r:id="rId9"/>
          <w:footerReference w:type="default" r:id="rId10"/>
          <w:pgSz w:w="12240" w:h="15840"/>
          <w:pgMar w:top="879" w:right="935" w:bottom="822" w:left="935" w:header="720" w:footer="720" w:gutter="0"/>
          <w:cols w:space="720"/>
          <w:docGrid w:linePitch="360"/>
        </w:sectPr>
      </w:pPr>
    </w:p>
    <w:p>
      <w:pPr>
        <w:pStyle w:val="Title"/>
        <w:spacing w:after="80"/>
        <w:jc w:val="left"/>
      </w:pPr>
      <w:r>
        <w:rPr>
          <w:rFonts w:ascii="Georgia" w:hAnsi="Georgia"/>
          <w:color w:val="B78A2C"/>
          <w:sz w:val="46"/>
        </w:rPr>
        <w:t>Esmane teavitus korteriomanikule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70"/>
      </w:tblGrid>
      <w:tr>
        <w:tc>
          <w:tcPr>
            <w:tcW w:type="dxa" w:w="10370"/>
            <w:shd w:fill="F2E8D2"/>
            <w:tcBorders>
              <w:top w:val="single" w:sz="8" w:color="B78A2C"/>
              <w:left w:val="single" w:sz="8" w:color="B78A2C"/>
              <w:bottom w:val="single" w:sz="8" w:color="B78A2C"/>
              <w:right w:val="single" w:sz="8" w:color="B78A2C"/>
            </w:tcBorders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/>
                <w:i/>
                <w:color w:val="082845"/>
                <w:sz w:val="18"/>
              </w:rPr>
              <w:t>Täida halli taustaga väljad. Märkeruudud on Wordis klõpsatavad.</w:t>
            </w:r>
          </w:p>
        </w:tc>
      </w:tr>
    </w:tbl>
    <w:p>
      <w:pPr>
        <w:spacing w:after="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381"/>
        <w:gridCol w:w="6803"/>
      </w:tblGrid>
      <w:tr>
        <w:tc>
          <w:tcPr>
            <w:tcW w:type="dxa" w:w="2381"/>
            <w:shd w:fill="EAF0F4"/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/>
                <w:color w:val="082845"/>
                <w:sz w:val="19"/>
              </w:rPr>
              <w:t>Saaja</w:t>
            </w:r>
          </w:p>
        </w:tc>
        <w:tc>
          <w:tcPr>
            <w:tcW w:type="dxa" w:w="6803"/>
            <w:shd w:fill="F8F4EE"/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sdt>
              <w:sdtPr>
                <w:alias w:val="SAAJA"/>
                <w:tag w:val="SAAJA"/>
                <w:id w:val="1062"/>
                <w:showingPlcHdr/>
                <w:text/>
              </w:sdtPr>
              <w:sdtContent>
                <w:r>
                  <w:rPr>
                    <w:rFonts w:ascii="Aptos" w:hAnsi="Aptos"/>
                    <w:color w:val="6B7280"/>
                    <w:sz w:val="20"/>
                    <w:i/>
                    <w:shd w:fill="F8F4EE"/>
                  </w:rPr>
                  <w:t xml:space="preserve">[sisesta korteriomaniku nimi ja kontakt]</w:t>
                </w:r>
              </w:sdtContent>
            </w:sdt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381"/>
        <w:gridCol w:w="6803"/>
      </w:tblGrid>
      <w:tr>
        <w:tc>
          <w:tcPr>
            <w:tcW w:type="dxa" w:w="2381"/>
            <w:shd w:fill="EAF0F4"/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/>
                <w:color w:val="082845"/>
                <w:sz w:val="19"/>
              </w:rPr>
              <w:t>Kuupäev</w:t>
            </w:r>
          </w:p>
        </w:tc>
        <w:tc>
          <w:tcPr>
            <w:tcW w:type="dxa" w:w="6803"/>
            <w:shd w:fill="F8F4EE"/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sdt>
              <w:sdtPr>
                <w:alias w:val="KUUPÄEV"/>
                <w:tag w:val="KUUPÄEV"/>
                <w:id w:val="1063"/>
                <w:showingPlcHdr/>
                <w:text/>
              </w:sdtPr>
              <w:sdtContent>
                <w:r>
                  <w:rPr>
                    <w:rFonts w:ascii="Aptos" w:hAnsi="Aptos"/>
                    <w:color w:val="6B7280"/>
                    <w:sz w:val="20"/>
                    <w:i/>
                    <w:shd w:fill="F8F4EE"/>
                  </w:rPr>
                  <w:t xml:space="preserve">[pp.kk.aaaa]</w:t>
                </w:r>
              </w:sdtContent>
            </w:sdt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381"/>
        <w:gridCol w:w="6803"/>
      </w:tblGrid>
      <w:tr>
        <w:tc>
          <w:tcPr>
            <w:tcW w:type="dxa" w:w="2381"/>
            <w:shd w:fill="EAF0F4"/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/>
                <w:color w:val="082845"/>
                <w:sz w:val="19"/>
              </w:rPr>
              <w:t>Korteri number</w:t>
            </w:r>
          </w:p>
        </w:tc>
        <w:tc>
          <w:tcPr>
            <w:tcW w:type="dxa" w:w="6803"/>
            <w:shd w:fill="F8F4EE"/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sdt>
              <w:sdtPr>
                <w:alias w:val="KORTER"/>
                <w:tag w:val="KORTER"/>
                <w:id w:val="1064"/>
                <w:showingPlcHdr/>
                <w:text/>
              </w:sdtPr>
              <w:sdtContent>
                <w:r>
                  <w:rPr>
                    <w:rFonts w:ascii="Aptos" w:hAnsi="Aptos"/>
                    <w:color w:val="6B7280"/>
                    <w:sz w:val="20"/>
                    <w:i/>
                    <w:shd w:fill="F8F4EE"/>
                  </w:rPr>
                  <w:t xml:space="preserve">[sisesta korteri number]</w:t>
                </w:r>
              </w:sdtContent>
            </w:sdt>
          </w:p>
        </w:tc>
      </w:tr>
    </w:tbl>
    <w:p>
      <w:pPr>
        <w:spacing w:before="120"/>
      </w:pPr>
      <w:r>
        <w:rPr>
          <w:rFonts w:ascii="Aptos" w:hAnsi="Aptos"/>
          <w:b/>
          <w:color w:val="082845"/>
          <w:sz w:val="22"/>
        </w:rPr>
        <w:t>Teema: palume selgitust võimaliku suitsuhäiringu kohta</w:t>
      </w:r>
    </w:p>
    <w:p>
      <w:pPr>
        <w:spacing w:after="100"/>
      </w:pPr>
      <w:r>
        <w:rPr>
          <w:rFonts w:ascii="Aptos" w:hAnsi="Aptos"/>
          <w:color w:val="1F2937"/>
          <w:sz w:val="21"/>
        </w:rPr>
        <w:t xml:space="preserve">Juhatusele on esitatud teade, et </w:t>
      </w:r>
      <w:sdt>
        <w:sdtPr>
          <w:alias w:val="AJAVAHEMIK"/>
          <w:tag w:val="AJAVAHEMIK"/>
          <w:id w:val="1065"/>
          <w:showingPlcHdr/>
          <w:text/>
        </w:sdtPr>
        <w:sdtContent>
          <w:r>
            <w:rPr>
              <w:rFonts w:ascii="Aptos" w:hAnsi="Aptos"/>
              <w:color w:val="6B7280"/>
              <w:sz w:val="21"/>
              <w:i/>
              <w:shd w:fill="F8F4EE"/>
            </w:rPr>
            <w:t xml:space="preserve">[kuupäevadel / ajavahemikul]</w:t>
          </w:r>
        </w:sdtContent>
      </w:sdt>
      <w:r>
        <w:rPr>
          <w:rFonts w:ascii="Aptos" w:hAnsi="Aptos"/>
          <w:color w:val="1F2937"/>
          <w:sz w:val="21"/>
        </w:rPr>
        <w:t xml:space="preserve"> võis Teie korterist, rõdult või seda kasutava isiku tegevusest pärinev suits levida </w:t>
      </w:r>
      <w:sdt>
        <w:sdtPr>
          <w:alias w:val="MÕJUTATUD_KOHT"/>
          <w:tag w:val="MÕJUTATUD_KOHT"/>
          <w:id w:val="1066"/>
          <w:showingPlcHdr/>
          <w:text/>
        </w:sdtPr>
        <w:sdtContent>
          <w:r>
            <w:rPr>
              <w:rFonts w:ascii="Aptos" w:hAnsi="Aptos"/>
              <w:color w:val="6B7280"/>
              <w:sz w:val="21"/>
              <w:i/>
              <w:shd w:fill="F8F4EE"/>
            </w:rPr>
            <w:t xml:space="preserve">[mõjutatud ruumi / ühisele alale]</w:t>
          </w:r>
        </w:sdtContent>
      </w:sdt>
      <w:r>
        <w:rPr>
          <w:rFonts w:ascii="Aptos" w:hAnsi="Aptos"/>
          <w:color w:val="1F2937"/>
          <w:sz w:val="21"/>
        </w:rPr>
        <w:t>. Praegu ei ole juhatus teinud lõplikku järeldust suitsu allika ega rikkumise kohta.</w:t>
      </w:r>
    </w:p>
    <w:p>
      <w:pPr>
        <w:spacing w:after="100"/>
      </w:pPr>
      <w:r>
        <w:rPr>
          <w:rFonts w:ascii="Aptos" w:hAnsi="Aptos"/>
          <w:color w:val="1F2937"/>
          <w:sz w:val="21"/>
        </w:rPr>
        <w:t xml:space="preserve">Palume hiljemalt </w:t>
      </w:r>
      <w:sdt>
        <w:sdtPr>
          <w:alias w:val="VASTAMISE_TÄHTAEG"/>
          <w:tag w:val="VASTAMISE_TÄHTAEG"/>
          <w:id w:val="1067"/>
          <w:showingPlcHdr/>
          <w:text/>
        </w:sdtPr>
        <w:sdtContent>
          <w:r>
            <w:rPr>
              <w:rFonts w:ascii="Aptos" w:hAnsi="Aptos"/>
              <w:color w:val="6B7280"/>
              <w:sz w:val="21"/>
              <w:i/>
              <w:shd w:fill="F8F4EE"/>
            </w:rPr>
            <w:t xml:space="preserve">[kuupäevaks]</w:t>
          </w:r>
        </w:sdtContent>
      </w:sdt>
      <w:r>
        <w:rPr>
          <w:rFonts w:ascii="Aptos" w:hAnsi="Aptos"/>
          <w:color w:val="1F2937"/>
          <w:sz w:val="21"/>
        </w:rPr>
        <w:t xml:space="preserve"> kirjalikult vastata:</w:t>
      </w:r>
    </w:p>
    <w:p>
      <w:pPr>
        <w:pStyle w:val="ListNumber"/>
        <w:numPr>
          <w:ilvl w:val="0"/>
          <w:numId w:val="11"/>
        </w:numPr>
        <w:spacing w:after="60"/>
      </w:pPr>
      <w:r>
        <w:rPr>
          <w:rFonts w:ascii="Aptos" w:hAnsi="Aptos"/>
          <w:color w:val="1F2937"/>
          <w:sz w:val="20"/>
        </w:rPr>
        <w:t>kas korteris või rõdul suitsetatakse ja kes seda teeb;</w:t>
      </w:r>
    </w:p>
    <w:p>
      <w:pPr>
        <w:pStyle w:val="ListNumber"/>
        <w:numPr>
          <w:ilvl w:val="0"/>
          <w:numId w:val="11"/>
        </w:numPr>
        <w:spacing w:after="60"/>
      </w:pPr>
      <w:r>
        <w:rPr>
          <w:rFonts w:ascii="Aptos" w:hAnsi="Aptos"/>
          <w:color w:val="1F2937"/>
          <w:sz w:val="20"/>
        </w:rPr>
        <w:t>kas suits võib liikuda kirjeldatud suunas;</w:t>
      </w:r>
    </w:p>
    <w:p>
      <w:pPr>
        <w:pStyle w:val="ListNumber"/>
        <w:numPr>
          <w:ilvl w:val="0"/>
          <w:numId w:val="11"/>
        </w:numPr>
        <w:spacing w:after="60"/>
      </w:pPr>
      <w:r>
        <w:rPr>
          <w:rFonts w:ascii="Aptos" w:hAnsi="Aptos"/>
          <w:color w:val="1F2937"/>
          <w:sz w:val="20"/>
        </w:rPr>
        <w:t>kas ventilatsiooni, rõdu või akna kasutamisel on eripärasid;</w:t>
      </w:r>
    </w:p>
    <w:p>
      <w:pPr>
        <w:pStyle w:val="ListNumber"/>
        <w:numPr>
          <w:ilvl w:val="0"/>
          <w:numId w:val="11"/>
        </w:numPr>
        <w:spacing w:after="60"/>
      </w:pPr>
      <w:r>
        <w:rPr>
          <w:rFonts w:ascii="Aptos" w:hAnsi="Aptos"/>
          <w:color w:val="1F2937"/>
          <w:sz w:val="20"/>
        </w:rPr>
        <w:t>millist ajutist meedet olete valmis proovima.</w:t>
      </w:r>
    </w:p>
    <w:p>
      <w:pPr>
        <w:spacing w:after="100"/>
      </w:pPr>
      <w:r>
        <w:rPr>
          <w:rFonts w:ascii="Aptos" w:hAnsi="Aptos"/>
          <w:color w:val="1F2937"/>
          <w:sz w:val="21"/>
        </w:rPr>
        <w:t xml:space="preserve">Ajutise meetmena palume kuni asjaolude selgumiseni vältida suitsetamist </w:t>
      </w:r>
      <w:sdt>
        <w:sdtPr>
          <w:alias w:val="VÄLDITAV_KOHT"/>
          <w:tag w:val="VÄLDITAV_KOHT"/>
          <w:id w:val="1068"/>
          <w:showingPlcHdr/>
          <w:text/>
        </w:sdtPr>
        <w:sdtContent>
          <w:r>
            <w:rPr>
              <w:rFonts w:ascii="Aptos" w:hAnsi="Aptos"/>
              <w:color w:val="6B7280"/>
              <w:sz w:val="21"/>
              <w:i/>
              <w:shd w:fill="F8F4EE"/>
            </w:rPr>
            <w:t xml:space="preserve">[konkreetses rõduosas / avatud akna / ventilatsiooniava läheduses]</w:t>
          </w:r>
        </w:sdtContent>
      </w:sdt>
      <w:r>
        <w:rPr>
          <w:rFonts w:ascii="Aptos" w:hAnsi="Aptos"/>
          <w:color w:val="1F2937"/>
          <w:sz w:val="21"/>
        </w:rPr>
        <w:t xml:space="preserve"> ning kasutada võimaluse korral </w:t>
      </w:r>
      <w:sdt>
        <w:sdtPr>
          <w:alias w:val="ALTERNATIIV"/>
          <w:tag w:val="ALTERNATIIV"/>
          <w:id w:val="1069"/>
          <w:showingPlcHdr/>
          <w:text/>
        </w:sdtPr>
        <w:sdtContent>
          <w:r>
            <w:rPr>
              <w:rFonts w:ascii="Aptos" w:hAnsi="Aptos"/>
              <w:color w:val="6B7280"/>
              <w:sz w:val="21"/>
              <w:i/>
              <w:shd w:fill="F8F4EE"/>
            </w:rPr>
            <w:t xml:space="preserve">[alternatiivset kohta või aega]</w:t>
          </w:r>
        </w:sdtContent>
      </w:sdt>
      <w:r>
        <w:rPr>
          <w:rFonts w:ascii="Aptos" w:hAnsi="Aptos"/>
          <w:color w:val="1F2937"/>
          <w:sz w:val="21"/>
        </w:rPr>
        <w:t>. See ettepanek ei tähenda süü omaksvõttu, vaid aitab mõju kohe vähendada.</w:t>
      </w:r>
    </w:p>
    <w:p>
      <w:pPr>
        <w:spacing w:after="100"/>
      </w:pPr>
      <w:r>
        <w:rPr>
          <w:rFonts w:ascii="Aptos" w:hAnsi="Aptos"/>
          <w:color w:val="1F2937"/>
          <w:sz w:val="21"/>
        </w:rPr>
        <w:t xml:space="preserve">Vastamise tähtaeg: </w:t>
      </w:r>
      <w:sdt>
        <w:sdtPr>
          <w:alias w:val="TÄHTAEG_KORDUS"/>
          <w:tag w:val="TÄHTAEG_KORDUS"/>
          <w:id w:val="1070"/>
          <w:showingPlcHdr/>
          <w:text/>
        </w:sdtPr>
        <w:sdtContent>
          <w:r>
            <w:rPr>
              <w:rFonts w:ascii="Aptos" w:hAnsi="Aptos"/>
              <w:color w:val="6B7280"/>
              <w:sz w:val="21"/>
              <w:i/>
              <w:shd w:fill="F8F4EE"/>
            </w:rPr>
            <w:t xml:space="preserve">[kuupäev]</w:t>
          </w:r>
        </w:sdtContent>
      </w:sdt>
      <w:r>
        <w:rPr>
          <w:rFonts w:ascii="Aptos" w:hAnsi="Aptos"/>
          <w:color w:val="1F2937"/>
          <w:sz w:val="21"/>
        </w:rPr>
        <w:t>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381"/>
        <w:gridCol w:w="6803"/>
      </w:tblGrid>
      <w:tr>
        <w:tc>
          <w:tcPr>
            <w:tcW w:type="dxa" w:w="2381"/>
            <w:shd w:fill="EAF0F4"/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/>
                <w:color w:val="082845"/>
                <w:sz w:val="19"/>
              </w:rPr>
              <w:t>Juhatuse esindaja</w:t>
            </w:r>
          </w:p>
        </w:tc>
        <w:tc>
          <w:tcPr>
            <w:tcW w:type="dxa" w:w="6803"/>
            <w:shd w:fill="F8F4EE"/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sdt>
              <w:sdtPr>
                <w:alias w:val="ESINDAJA"/>
                <w:tag w:val="ESINDAJA"/>
                <w:id w:val="1071"/>
                <w:showingPlcHdr/>
                <w:text/>
              </w:sdtPr>
              <w:sdtContent>
                <w:r>
                  <w:rPr>
                    <w:rFonts w:ascii="Aptos" w:hAnsi="Aptos"/>
                    <w:color w:val="6B7280"/>
                    <w:sz w:val="20"/>
                    <w:i/>
                    <w:shd w:fill="F8F4EE"/>
                  </w:rPr>
                  <w:t xml:space="preserve">[nimi ja ametikoht]</w:t>
                </w:r>
              </w:sdtContent>
            </w:sdt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381"/>
        <w:gridCol w:w="6803"/>
      </w:tblGrid>
      <w:tr>
        <w:tc>
          <w:tcPr>
            <w:tcW w:type="dxa" w:w="2381"/>
            <w:shd w:fill="EAF0F4"/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/>
                <w:color w:val="082845"/>
                <w:sz w:val="19"/>
              </w:rPr>
              <w:t>Allkiri</w:t>
            </w:r>
          </w:p>
        </w:tc>
        <w:tc>
          <w:tcPr>
            <w:tcW w:type="dxa" w:w="6803"/>
            <w:shd w:fill="F8F4EE"/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sdt>
              <w:sdtPr>
                <w:alias w:val="ALLKIRI"/>
                <w:tag w:val="ALLKIRI"/>
                <w:id w:val="1072"/>
                <w:showingPlcHdr/>
                <w:text/>
              </w:sdtPr>
              <w:sdtContent>
                <w:r>
                  <w:rPr>
                    <w:rFonts w:ascii="Aptos" w:hAnsi="Aptos"/>
                    <w:color w:val="6B7280"/>
                    <w:sz w:val="20"/>
                    <w:i/>
                    <w:shd w:fill="F8F4EE"/>
                  </w:rPr>
                  <w:t xml:space="preserve">[sisesta nimi või lisa digiallkiri]</w:t>
                </w:r>
              </w:sdtContent>
            </w:sdt>
          </w:p>
        </w:tc>
      </w:tr>
    </w:tbl>
    <w:p>
      <w:pPr>
        <w:spacing w:before="160"/>
      </w:pPr>
      <w:r>
        <w:rPr>
          <w:rFonts w:ascii="Aptos" w:hAnsi="Aptos"/>
          <w:b/>
          <w:color w:val="082845"/>
          <w:sz w:val="17"/>
        </w:rPr>
        <w:t xml:space="preserve">Märkus: </w:t>
      </w:r>
      <w:r>
        <w:rPr>
          <w:rFonts w:ascii="Aptos" w:hAnsi="Aptos"/>
          <w:i/>
          <w:color w:val="6B7280"/>
          <w:sz w:val="17"/>
        </w:rPr>
        <w:t>saada kiri vajaduse korral nii tegelikule kasutajale kui korteriomanikule. Omanik vastutab ka selle eest, et pereliikmed, üürnikud ja külalised kasutaksid korterit nõuetekohaselt.</w:t>
      </w:r>
    </w:p>
    <w:p>
      <w:pPr>
        <w:sectPr w:rsidR="00FC693F" w:rsidRPr="0006063C" w:rsidSect="00034616">
          <w:type w:val="nextPage"/>
          <w:headerReference w:type="default" r:id="rId9"/>
          <w:footerReference w:type="default" r:id="rId10"/>
          <w:pgSz w:w="12240" w:h="15840"/>
          <w:pgMar w:top="879" w:right="935" w:bottom="822" w:left="935" w:header="720" w:footer="720" w:gutter="0"/>
          <w:cols w:space="720"/>
          <w:docGrid w:linePitch="360"/>
        </w:sectPr>
      </w:pPr>
    </w:p>
    <w:p>
      <w:pPr>
        <w:pStyle w:val="Title"/>
        <w:spacing w:after="80"/>
        <w:jc w:val="left"/>
      </w:pPr>
      <w:r>
        <w:rPr>
          <w:rFonts w:ascii="Georgia" w:hAnsi="Georgia"/>
          <w:color w:val="B78A2C"/>
          <w:sz w:val="46"/>
        </w:rPr>
        <w:t>Hoiatus korteriomanikule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70"/>
      </w:tblGrid>
      <w:tr>
        <w:tc>
          <w:tcPr>
            <w:tcW w:type="dxa" w:w="10370"/>
            <w:shd w:fill="F2E8D2"/>
            <w:tcBorders>
              <w:top w:val="single" w:sz="8" w:color="B78A2C"/>
              <w:left w:val="single" w:sz="8" w:color="B78A2C"/>
              <w:bottom w:val="single" w:sz="8" w:color="B78A2C"/>
              <w:right w:val="single" w:sz="8" w:color="B78A2C"/>
            </w:tcBorders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/>
                <w:i/>
                <w:color w:val="082845"/>
                <w:sz w:val="18"/>
              </w:rPr>
              <w:t>Täida halli taustaga väljad. Märkeruudud on Wordis klõpsatavad.</w:t>
            </w:r>
          </w:p>
        </w:tc>
      </w:tr>
    </w:tbl>
    <w:p>
      <w:pPr>
        <w:spacing w:after="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381"/>
        <w:gridCol w:w="6803"/>
      </w:tblGrid>
      <w:tr>
        <w:tc>
          <w:tcPr>
            <w:tcW w:type="dxa" w:w="2381"/>
            <w:shd w:fill="EAF0F4"/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/>
                <w:color w:val="082845"/>
                <w:sz w:val="19"/>
              </w:rPr>
              <w:t>Saaja</w:t>
            </w:r>
          </w:p>
        </w:tc>
        <w:tc>
          <w:tcPr>
            <w:tcW w:type="dxa" w:w="6803"/>
            <w:shd w:fill="F8F4EE"/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sdt>
              <w:sdtPr>
                <w:alias w:val="SAAJA"/>
                <w:tag w:val="SAAJA"/>
                <w:id w:val="1073"/>
                <w:showingPlcHdr/>
                <w:text/>
              </w:sdtPr>
              <w:sdtContent>
                <w:r>
                  <w:rPr>
                    <w:rFonts w:ascii="Aptos" w:hAnsi="Aptos"/>
                    <w:color w:val="6B7280"/>
                    <w:sz w:val="20"/>
                    <w:i/>
                    <w:shd w:fill="F8F4EE"/>
                  </w:rPr>
                  <w:t xml:space="preserve">[sisesta korteriomaniku nimi ja kontakt]</w:t>
                </w:r>
              </w:sdtContent>
            </w:sdt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381"/>
        <w:gridCol w:w="6803"/>
      </w:tblGrid>
      <w:tr>
        <w:tc>
          <w:tcPr>
            <w:tcW w:type="dxa" w:w="2381"/>
            <w:shd w:fill="EAF0F4"/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/>
                <w:color w:val="082845"/>
                <w:sz w:val="19"/>
              </w:rPr>
              <w:t>Kuupäev</w:t>
            </w:r>
          </w:p>
        </w:tc>
        <w:tc>
          <w:tcPr>
            <w:tcW w:type="dxa" w:w="6803"/>
            <w:shd w:fill="F8F4EE"/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sdt>
              <w:sdtPr>
                <w:alias w:val="KUUPÄEV"/>
                <w:tag w:val="KUUPÄEV"/>
                <w:id w:val="1074"/>
                <w:showingPlcHdr/>
                <w:text/>
              </w:sdtPr>
              <w:sdtContent>
                <w:r>
                  <w:rPr>
                    <w:rFonts w:ascii="Aptos" w:hAnsi="Aptos"/>
                    <w:color w:val="6B7280"/>
                    <w:sz w:val="20"/>
                    <w:i/>
                    <w:shd w:fill="F8F4EE"/>
                  </w:rPr>
                  <w:t xml:space="preserve">[pp.kk.aaaa]</w:t>
                </w:r>
              </w:sdtContent>
            </w:sdt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381"/>
        <w:gridCol w:w="6803"/>
      </w:tblGrid>
      <w:tr>
        <w:tc>
          <w:tcPr>
            <w:tcW w:type="dxa" w:w="2381"/>
            <w:shd w:fill="EAF0F4"/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/>
                <w:color w:val="082845"/>
                <w:sz w:val="19"/>
              </w:rPr>
              <w:t>Korteri number</w:t>
            </w:r>
          </w:p>
        </w:tc>
        <w:tc>
          <w:tcPr>
            <w:tcW w:type="dxa" w:w="6803"/>
            <w:shd w:fill="F8F4EE"/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sdt>
              <w:sdtPr>
                <w:alias w:val="KORTER"/>
                <w:tag w:val="KORTER"/>
                <w:id w:val="1075"/>
                <w:showingPlcHdr/>
                <w:text/>
              </w:sdtPr>
              <w:sdtContent>
                <w:r>
                  <w:rPr>
                    <w:rFonts w:ascii="Aptos" w:hAnsi="Aptos"/>
                    <w:color w:val="6B7280"/>
                    <w:sz w:val="20"/>
                    <w:i/>
                    <w:shd w:fill="F8F4EE"/>
                  </w:rPr>
                  <w:t xml:space="preserve">[sisesta korteri number]</w:t>
                </w:r>
              </w:sdtContent>
            </w:sdt>
          </w:p>
        </w:tc>
      </w:tr>
    </w:tbl>
    <w:p>
      <w:pPr>
        <w:spacing w:before="120"/>
      </w:pPr>
      <w:r>
        <w:rPr>
          <w:rFonts w:ascii="Aptos" w:hAnsi="Aptos"/>
          <w:b/>
          <w:color w:val="082845"/>
          <w:sz w:val="22"/>
        </w:rPr>
        <w:t>Teema: hoiatus korduva suitsuhäiringu lõpetamiseks</w:t>
      </w:r>
    </w:p>
    <w:p>
      <w:pPr>
        <w:spacing w:after="100"/>
      </w:pPr>
      <w:r>
        <w:rPr>
          <w:rFonts w:ascii="Aptos" w:hAnsi="Aptos"/>
          <w:color w:val="1F2937"/>
          <w:sz w:val="21"/>
        </w:rPr>
        <w:t xml:space="preserve">Juhatus on menetlenud </w:t>
      </w:r>
      <w:sdt>
        <w:sdtPr>
          <w:alias w:val="KAEBUSE_KUUPÄEV"/>
          <w:tag w:val="KAEBUSE_KUUPÄEV"/>
          <w:id w:val="1076"/>
          <w:showingPlcHdr/>
          <w:text/>
        </w:sdtPr>
        <w:sdtContent>
          <w:r>
            <w:rPr>
              <w:rFonts w:ascii="Aptos" w:hAnsi="Aptos"/>
              <w:color w:val="6B7280"/>
              <w:sz w:val="21"/>
              <w:i/>
              <w:shd w:fill="F8F4EE"/>
            </w:rPr>
            <w:t xml:space="preserve">[kuupäeval]</w:t>
          </w:r>
        </w:sdtContent>
      </w:sdt>
      <w:r>
        <w:rPr>
          <w:rFonts w:ascii="Aptos" w:hAnsi="Aptos"/>
          <w:color w:val="1F2937"/>
          <w:sz w:val="21"/>
        </w:rPr>
        <w:t xml:space="preserve"> esitatud kaebust. Kontrollitud materjalide põhjal on tuvastatud järgmised asjaolud:</w:t>
      </w:r>
    </w:p>
    <w:p>
      <w:pPr>
        <w:pStyle w:val="ListBullet"/>
        <w:spacing w:after="40"/>
      </w:pPr>
      <w:sdt>
        <w:sdtPr>
          <w:alias w:val="ASJAOLU_1"/>
          <w:tag w:val="ASJAOLU_1"/>
          <w:id w:val="1077"/>
          <w:showingPlcHdr/>
          <w:text w:multiLine="1"/>
        </w:sdtPr>
        <w:sdtContent>
          <w:r>
            <w:rPr>
              <w:rFonts w:ascii="Aptos" w:hAnsi="Aptos"/>
              <w:color w:val="6B7280"/>
              <w:sz w:val="20"/>
              <w:i/>
              <w:shd w:fill="F8F4EE"/>
            </w:rPr>
            <w:t xml:space="preserve">[konkreetne tegevus, koht ja ajavahemik]</w:t>
          </w:r>
        </w:sdtContent>
      </w:sdt>
    </w:p>
    <w:p>
      <w:pPr>
        <w:pStyle w:val="ListBullet"/>
        <w:spacing w:after="40"/>
      </w:pPr>
      <w:sdt>
        <w:sdtPr>
          <w:alias w:val="ASJAOLU_2"/>
          <w:tag w:val="ASJAOLU_2"/>
          <w:id w:val="1078"/>
          <w:showingPlcHdr/>
          <w:text w:multiLine="1"/>
        </w:sdtPr>
        <w:sdtContent>
          <w:r>
            <w:rPr>
              <w:rFonts w:ascii="Aptos" w:hAnsi="Aptos"/>
              <w:color w:val="6B7280"/>
              <w:sz w:val="20"/>
              <w:i/>
              <w:shd w:fill="F8F4EE"/>
            </w:rPr>
            <w:t xml:space="preserve">[suitsu levikutee ja mõjutatud ruum]</w:t>
          </w:r>
        </w:sdtContent>
      </w:sdt>
    </w:p>
    <w:p>
      <w:pPr>
        <w:pStyle w:val="ListBullet"/>
        <w:spacing w:after="40"/>
      </w:pPr>
      <w:sdt>
        <w:sdtPr>
          <w:alias w:val="ASJAOLU_3"/>
          <w:tag w:val="ASJAOLU_3"/>
          <w:id w:val="1079"/>
          <w:showingPlcHdr/>
          <w:text w:multiLine="1"/>
        </w:sdtPr>
        <w:sdtContent>
          <w:r>
            <w:rPr>
              <w:rFonts w:ascii="Aptos" w:hAnsi="Aptos"/>
              <w:color w:val="6B7280"/>
              <w:sz w:val="20"/>
              <w:i/>
              <w:shd w:fill="F8F4EE"/>
            </w:rPr>
            <w:t xml:space="preserve">[korduvus, kestus ja mõju]</w:t>
          </w:r>
        </w:sdtContent>
      </w:sdt>
    </w:p>
    <w:p>
      <w:pPr>
        <w:pStyle w:val="ListBullet"/>
        <w:spacing w:after="40"/>
      </w:pPr>
      <w:sdt>
        <w:sdtPr>
          <w:alias w:val="ASJAOLU_4"/>
          <w:tag w:val="ASJAOLU_4"/>
          <w:id w:val="1080"/>
          <w:showingPlcHdr/>
          <w:text w:multiLine="1"/>
        </w:sdtPr>
        <w:sdtContent>
          <w:r>
            <w:rPr>
              <w:rFonts w:ascii="Aptos" w:hAnsi="Aptos"/>
              <w:color w:val="6B7280"/>
              <w:sz w:val="20"/>
              <w:i/>
              <w:shd w:fill="F8F4EE"/>
            </w:rPr>
            <w:t xml:space="preserve">[varasem teavitus või kokkulepe ja selle tulemus]</w:t>
          </w:r>
        </w:sdtContent>
      </w:sdt>
    </w:p>
    <w:p>
      <w:pPr>
        <w:spacing w:after="100"/>
      </w:pPr>
      <w:r>
        <w:rPr>
          <w:rFonts w:ascii="Aptos" w:hAnsi="Aptos"/>
          <w:color w:val="1F2937"/>
          <w:sz w:val="21"/>
        </w:rPr>
        <w:t>Selline korduv mõju võib ületada korteriomandi tavakasutusest tekkiva mõju ning rikkuda kohustust arvestada teiste korteriomanike õigustatud huvidega.</w:t>
      </w:r>
    </w:p>
    <w:p>
      <w:pPr>
        <w:spacing w:after="100"/>
      </w:pPr>
      <w:r>
        <w:rPr>
          <w:rFonts w:ascii="Aptos" w:hAnsi="Aptos"/>
          <w:color w:val="1F2937"/>
          <w:sz w:val="21"/>
        </w:rPr>
        <w:t xml:space="preserve">Nõuame hiljemalt </w:t>
      </w:r>
      <w:sdt>
        <w:sdtPr>
          <w:alias w:val="NÕUDE_TÄHTAEG"/>
          <w:tag w:val="NÕUDE_TÄHTAEG"/>
          <w:id w:val="1081"/>
          <w:showingPlcHdr/>
          <w:text/>
        </w:sdtPr>
        <w:sdtContent>
          <w:r>
            <w:rPr>
              <w:rFonts w:ascii="Aptos" w:hAnsi="Aptos"/>
              <w:color w:val="6B7280"/>
              <w:sz w:val="21"/>
              <w:i/>
              <w:shd w:fill="F8F4EE"/>
            </w:rPr>
            <w:t xml:space="preserve">[tähtajaks]</w:t>
          </w:r>
        </w:sdtContent>
      </w:sdt>
      <w:r>
        <w:rPr>
          <w:rFonts w:ascii="Aptos" w:hAnsi="Aptos"/>
          <w:color w:val="1F2937"/>
          <w:sz w:val="21"/>
        </w:rPr>
        <w:t>:</w:t>
      </w:r>
    </w:p>
    <w:p>
      <w:pPr>
        <w:pStyle w:val="ListNumber"/>
        <w:numPr>
          <w:ilvl w:val="0"/>
          <w:numId w:val="12"/>
        </w:numPr>
        <w:spacing w:after="60"/>
      </w:pPr>
      <w:r>
        <w:rPr>
          <w:rFonts w:ascii="Aptos" w:hAnsi="Aptos"/>
          <w:color w:val="1F2937"/>
          <w:sz w:val="20"/>
        </w:rPr>
        <w:t xml:space="preserve">lõpetada suitsetamine </w:t>
      </w:r>
      <w:sdt>
        <w:sdtPr>
          <w:alias w:val="KEELATUD_KOHT"/>
          <w:tag w:val="KEELATUD_KOHT"/>
          <w:id w:val="1082"/>
          <w:showingPlcHdr/>
          <w:text/>
        </w:sdtPr>
        <w:sdtContent>
          <w:r>
            <w:rPr>
              <w:rFonts w:ascii="Aptos" w:hAnsi="Aptos"/>
              <w:color w:val="6B7280"/>
              <w:sz w:val="20"/>
              <w:i/>
              <w:shd w:fill="F8F4EE"/>
            </w:rPr>
            <w:t xml:space="preserve">[konkreetses kohas või viisil]</w:t>
          </w:r>
        </w:sdtContent>
      </w:sdt>
      <w:r>
        <w:rPr>
          <w:rFonts w:ascii="Aptos" w:hAnsi="Aptos"/>
          <w:color w:val="1F2937"/>
          <w:sz w:val="20"/>
        </w:rPr>
        <w:t xml:space="preserve">, kui selle tagajärjel levib suits </w:t>
      </w:r>
      <w:sdt>
        <w:sdtPr>
          <w:alias w:val="MÕJUTATUD_RUUM"/>
          <w:tag w:val="MÕJUTATUD_RUUM"/>
          <w:id w:val="1083"/>
          <w:showingPlcHdr/>
          <w:text/>
        </w:sdtPr>
        <w:sdtContent>
          <w:r>
            <w:rPr>
              <w:rFonts w:ascii="Aptos" w:hAnsi="Aptos"/>
              <w:color w:val="6B7280"/>
              <w:sz w:val="20"/>
              <w:i/>
              <w:shd w:fill="F8F4EE"/>
            </w:rPr>
            <w:t xml:space="preserve">[mõjutatud ruumi]</w:t>
          </w:r>
        </w:sdtContent>
      </w:sdt>
      <w:r>
        <w:rPr>
          <w:rFonts w:ascii="Aptos" w:hAnsi="Aptos"/>
          <w:color w:val="1F2937"/>
          <w:sz w:val="20"/>
        </w:rPr>
        <w:t>;</w:t>
      </w:r>
    </w:p>
    <w:p>
      <w:pPr>
        <w:pStyle w:val="ListNumber"/>
        <w:numPr>
          <w:ilvl w:val="0"/>
          <w:numId w:val="12"/>
        </w:numPr>
        <w:spacing w:after="60"/>
      </w:pPr>
      <w:r>
        <w:rPr>
          <w:rFonts w:ascii="Aptos" w:hAnsi="Aptos"/>
          <w:color w:val="1F2937"/>
          <w:sz w:val="20"/>
        </w:rPr>
        <w:t>tagada, et sama nõuet järgivad pereliikmed, üürnikud ja külalised;</w:t>
      </w:r>
    </w:p>
    <w:p>
      <w:pPr>
        <w:pStyle w:val="ListNumber"/>
        <w:numPr>
          <w:ilvl w:val="0"/>
          <w:numId w:val="12"/>
        </w:numPr>
        <w:spacing w:after="60"/>
      </w:pPr>
      <w:r>
        <w:rPr>
          <w:rFonts w:ascii="Aptos" w:hAnsi="Aptos"/>
          <w:color w:val="1F2937"/>
          <w:sz w:val="20"/>
        </w:rPr>
        <w:t>teatada kirjalikult, millised meetmed on kasutusele võetud.</w:t>
      </w:r>
    </w:p>
    <w:p>
      <w:pPr>
        <w:spacing w:after="100"/>
      </w:pPr>
      <w:r>
        <w:rPr>
          <w:rFonts w:ascii="Aptos" w:hAnsi="Aptos"/>
          <w:color w:val="1F2937"/>
          <w:sz w:val="21"/>
        </w:rPr>
        <w:t>Kui rikkumine jätkub, võib juhatus esitada ametliku lõpetamisnõude, viia küsimuse üldkoosolekule ja kaaluda õiguslikke abinõusid.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381"/>
        <w:gridCol w:w="6803"/>
      </w:tblGrid>
      <w:tr>
        <w:tc>
          <w:tcPr>
            <w:tcW w:type="dxa" w:w="2381"/>
            <w:shd w:fill="EAF0F4"/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/>
                <w:color w:val="082845"/>
                <w:sz w:val="19"/>
              </w:rPr>
              <w:t>Juhatuse esindaja</w:t>
            </w:r>
          </w:p>
        </w:tc>
        <w:tc>
          <w:tcPr>
            <w:tcW w:type="dxa" w:w="6803"/>
            <w:shd w:fill="F8F4EE"/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sdt>
              <w:sdtPr>
                <w:alias w:val="ESINDAJA"/>
                <w:tag w:val="ESINDAJA"/>
                <w:id w:val="1084"/>
                <w:showingPlcHdr/>
                <w:text/>
              </w:sdtPr>
              <w:sdtContent>
                <w:r>
                  <w:rPr>
                    <w:rFonts w:ascii="Aptos" w:hAnsi="Aptos"/>
                    <w:color w:val="6B7280"/>
                    <w:sz w:val="20"/>
                    <w:i/>
                    <w:shd w:fill="F8F4EE"/>
                  </w:rPr>
                  <w:t xml:space="preserve">[nimi ja ametikoht]</w:t>
                </w:r>
              </w:sdtContent>
            </w:sdt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381"/>
        <w:gridCol w:w="6803"/>
      </w:tblGrid>
      <w:tr>
        <w:tc>
          <w:tcPr>
            <w:tcW w:type="dxa" w:w="2381"/>
            <w:shd w:fill="EAF0F4"/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/>
                <w:color w:val="082845"/>
                <w:sz w:val="19"/>
              </w:rPr>
              <w:t>Allkiri</w:t>
            </w:r>
          </w:p>
        </w:tc>
        <w:tc>
          <w:tcPr>
            <w:tcW w:type="dxa" w:w="6803"/>
            <w:shd w:fill="F8F4EE"/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sdt>
              <w:sdtPr>
                <w:alias w:val="ALLKIRI"/>
                <w:tag w:val="ALLKIRI"/>
                <w:id w:val="1085"/>
                <w:showingPlcHdr/>
                <w:text/>
              </w:sdtPr>
              <w:sdtContent>
                <w:r>
                  <w:rPr>
                    <w:rFonts w:ascii="Aptos" w:hAnsi="Aptos"/>
                    <w:color w:val="6B7280"/>
                    <w:sz w:val="20"/>
                    <w:i/>
                    <w:shd w:fill="F8F4EE"/>
                  </w:rPr>
                  <w:t xml:space="preserve">[sisesta nimi või lisa digiallkiri]</w:t>
                </w:r>
              </w:sdtContent>
            </w:sdt>
          </w:p>
        </w:tc>
      </w:tr>
    </w:tbl>
    <w:p>
      <w:pPr>
        <w:spacing w:before="160"/>
      </w:pPr>
      <w:r>
        <w:rPr>
          <w:rFonts w:ascii="Aptos" w:hAnsi="Aptos"/>
          <w:b/>
          <w:color w:val="082845"/>
          <w:sz w:val="17"/>
        </w:rPr>
        <w:t xml:space="preserve">Märkus: </w:t>
      </w:r>
      <w:r>
        <w:rPr>
          <w:rFonts w:ascii="Aptos" w:hAnsi="Aptos"/>
          <w:i/>
          <w:color w:val="6B7280"/>
          <w:sz w:val="17"/>
        </w:rPr>
        <w:t>ära lisa automaatset rahatrahvi, kui selleks puudub seadusest või kokkuleppest tulenev alus. Hoiatus peab kirjeldama fakti, kohustust ja nõutavat tulemust.</w:t>
      </w:r>
    </w:p>
    <w:p>
      <w:pPr>
        <w:sectPr w:rsidR="00FC693F" w:rsidRPr="0006063C" w:rsidSect="00034616">
          <w:type w:val="nextPage"/>
          <w:headerReference w:type="default" r:id="rId9"/>
          <w:footerReference w:type="default" r:id="rId10"/>
          <w:pgSz w:w="12240" w:h="15840"/>
          <w:pgMar w:top="879" w:right="935" w:bottom="822" w:left="935" w:header="720" w:footer="720" w:gutter="0"/>
          <w:cols w:space="720"/>
          <w:docGrid w:linePitch="360"/>
        </w:sectPr>
      </w:pPr>
    </w:p>
    <w:p>
      <w:pPr>
        <w:pStyle w:val="Title"/>
        <w:spacing w:after="80"/>
        <w:jc w:val="left"/>
      </w:pPr>
      <w:r>
        <w:rPr>
          <w:rFonts w:ascii="Georgia" w:hAnsi="Georgia"/>
          <w:color w:val="B78A2C"/>
          <w:sz w:val="46"/>
        </w:rPr>
        <w:t>Kokkulepe suitsuhäiringu vähendamiseks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70"/>
      </w:tblGrid>
      <w:tr>
        <w:tc>
          <w:tcPr>
            <w:tcW w:type="dxa" w:w="10370"/>
            <w:shd w:fill="F2E8D2"/>
            <w:tcBorders>
              <w:top w:val="single" w:sz="8" w:color="B78A2C"/>
              <w:left w:val="single" w:sz="8" w:color="B78A2C"/>
              <w:bottom w:val="single" w:sz="8" w:color="B78A2C"/>
              <w:right w:val="single" w:sz="8" w:color="B78A2C"/>
            </w:tcBorders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ptos" w:hAnsi="Aptos"/>
                <w:i/>
                <w:color w:val="082845"/>
                <w:sz w:val="18"/>
              </w:rPr>
              <w:t>Täida halli taustaga väljad. Märkeruudud on Wordis klõpsatavad.</w:t>
            </w:r>
          </w:p>
        </w:tc>
      </w:tr>
    </w:tbl>
    <w:p>
      <w:pPr>
        <w:spacing w:after="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381"/>
        <w:gridCol w:w="6803"/>
      </w:tblGrid>
      <w:tr>
        <w:tc>
          <w:tcPr>
            <w:tcW w:type="dxa" w:w="2381"/>
            <w:shd w:fill="EAF0F4"/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/>
                <w:color w:val="082845"/>
                <w:sz w:val="19"/>
              </w:rPr>
              <w:t>Korteriühistu</w:t>
            </w:r>
          </w:p>
        </w:tc>
        <w:tc>
          <w:tcPr>
            <w:tcW w:type="dxa" w:w="6803"/>
            <w:shd w:fill="F8F4EE"/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sdt>
              <w:sdtPr>
                <w:alias w:val="KÜ_NIMI"/>
                <w:tag w:val="KÜ_NIMI"/>
                <w:id w:val="1086"/>
                <w:showingPlcHdr/>
                <w:text/>
              </w:sdtPr>
              <w:sdtContent>
                <w:r>
                  <w:rPr>
                    <w:rFonts w:ascii="Aptos" w:hAnsi="Aptos"/>
                    <w:color w:val="6B7280"/>
                    <w:sz w:val="20"/>
                    <w:i/>
                    <w:shd w:fill="F8F4EE"/>
                  </w:rPr>
                  <w:t xml:space="preserve">[sisesta nimi]</w:t>
                </w:r>
              </w:sdtContent>
            </w:sdt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381"/>
        <w:gridCol w:w="6803"/>
      </w:tblGrid>
      <w:tr>
        <w:tc>
          <w:tcPr>
            <w:tcW w:type="dxa" w:w="2381"/>
            <w:shd w:fill="EAF0F4"/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/>
                <w:color w:val="082845"/>
                <w:sz w:val="19"/>
              </w:rPr>
              <w:t>Juhatuse esindaja</w:t>
            </w:r>
          </w:p>
        </w:tc>
        <w:tc>
          <w:tcPr>
            <w:tcW w:type="dxa" w:w="6803"/>
            <w:shd w:fill="F8F4EE"/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sdt>
              <w:sdtPr>
                <w:alias w:val="JUHATUSE_ESINDAJA"/>
                <w:tag w:val="JUHATUSE_ESINDAJA"/>
                <w:id w:val="1087"/>
                <w:showingPlcHdr/>
                <w:text/>
              </w:sdtPr>
              <w:sdtContent>
                <w:r>
                  <w:rPr>
                    <w:rFonts w:ascii="Aptos" w:hAnsi="Aptos"/>
                    <w:color w:val="6B7280"/>
                    <w:sz w:val="20"/>
                    <w:i/>
                    <w:shd w:fill="F8F4EE"/>
                  </w:rPr>
                  <w:t xml:space="preserve">[sisesta nimi]</w:t>
                </w:r>
              </w:sdtContent>
            </w:sdt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381"/>
        <w:gridCol w:w="6803"/>
      </w:tblGrid>
      <w:tr>
        <w:tc>
          <w:tcPr>
            <w:tcW w:type="dxa" w:w="2381"/>
            <w:shd w:fill="EAF0F4"/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/>
                <w:color w:val="082845"/>
                <w:sz w:val="19"/>
              </w:rPr>
              <w:t>Mõjutatud korter</w:t>
            </w:r>
          </w:p>
        </w:tc>
        <w:tc>
          <w:tcPr>
            <w:tcW w:type="dxa" w:w="6803"/>
            <w:shd w:fill="F8F4EE"/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sdt>
              <w:sdtPr>
                <w:alias w:val="MÕJUTATUD_KORTER"/>
                <w:tag w:val="MÕJUTATUD_KORTER"/>
                <w:id w:val="1088"/>
                <w:showingPlcHdr/>
                <w:text/>
              </w:sdtPr>
              <w:sdtContent>
                <w:r>
                  <w:rPr>
                    <w:rFonts w:ascii="Aptos" w:hAnsi="Aptos"/>
                    <w:color w:val="6B7280"/>
                    <w:sz w:val="20"/>
                    <w:i/>
                    <w:shd w:fill="F8F4EE"/>
                  </w:rPr>
                  <w:t xml:space="preserve">[korteri nr ja isiku nimi]</w:t>
                </w:r>
              </w:sdtContent>
            </w:sdt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381"/>
        <w:gridCol w:w="6803"/>
      </w:tblGrid>
      <w:tr>
        <w:tc>
          <w:tcPr>
            <w:tcW w:type="dxa" w:w="2381"/>
            <w:shd w:fill="EAF0F4"/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/>
                <w:color w:val="082845"/>
                <w:sz w:val="19"/>
              </w:rPr>
              <w:t>Korter, millest suits võib pärineda</w:t>
            </w:r>
          </w:p>
        </w:tc>
        <w:tc>
          <w:tcPr>
            <w:tcW w:type="dxa" w:w="6803"/>
            <w:shd w:fill="F8F4EE"/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sdt>
              <w:sdtPr>
                <w:alias w:val="VÕIMALIK_ALLIKAS"/>
                <w:tag w:val="VÕIMALIK_ALLIKAS"/>
                <w:id w:val="1089"/>
                <w:showingPlcHdr/>
                <w:text/>
              </w:sdtPr>
              <w:sdtContent>
                <w:r>
                  <w:rPr>
                    <w:rFonts w:ascii="Aptos" w:hAnsi="Aptos"/>
                    <w:color w:val="6B7280"/>
                    <w:sz w:val="20"/>
                    <w:i/>
                    <w:shd w:fill="F8F4EE"/>
                  </w:rPr>
                  <w:t xml:space="preserve">[korteri nr ja isiku nimi]</w:t>
                </w:r>
              </w:sdtContent>
            </w:sdt>
          </w:p>
        </w:tc>
      </w:tr>
    </w:tbl>
    <w:p>
      <w:pPr>
        <w:spacing w:after="100"/>
      </w:pPr>
      <w:r>
        <w:rPr>
          <w:rFonts w:ascii="Aptos" w:hAnsi="Aptos"/>
          <w:color w:val="1F2937"/>
          <w:sz w:val="21"/>
        </w:rPr>
        <w:t xml:space="preserve">Kokkuleppe eesmärk on vähendada või lõpetada suitsu levik </w:t>
      </w:r>
      <w:sdt>
        <w:sdtPr>
          <w:alias w:val="SIHTKOHT"/>
          <w:tag w:val="SIHTKOHT"/>
          <w:id w:val="1090"/>
          <w:showingPlcHdr/>
          <w:text/>
        </w:sdtPr>
        <w:sdtContent>
          <w:r>
            <w:rPr>
              <w:rFonts w:ascii="Aptos" w:hAnsi="Aptos"/>
              <w:color w:val="6B7280"/>
              <w:sz w:val="21"/>
              <w:i/>
              <w:shd w:fill="F8F4EE"/>
            </w:rPr>
            <w:t xml:space="preserve">[korterisse / üldkasutatavasse ruumi]</w:t>
          </w:r>
        </w:sdtContent>
      </w:sdt>
      <w:r>
        <w:rPr>
          <w:rFonts w:ascii="Aptos" w:hAnsi="Aptos"/>
          <w:color w:val="1F2937"/>
          <w:sz w:val="21"/>
        </w:rPr>
        <w:t xml:space="preserve"> ilma vaidlust tarbetult eskaleerimata.</w:t>
      </w:r>
    </w:p>
    <w:p>
      <w:pPr>
        <w:spacing w:after="100"/>
      </w:pPr>
      <w:r>
        <w:rPr>
          <w:rFonts w:ascii="Aptos" w:hAnsi="Aptos"/>
          <w:color w:val="1F2937"/>
          <w:sz w:val="21"/>
        </w:rPr>
        <w:t xml:space="preserve">Korteri nr </w:t>
      </w:r>
      <w:sdt>
        <w:sdtPr>
          <w:alias w:val="KORTERI_NR"/>
          <w:tag w:val="KORTERI_NR"/>
          <w:id w:val="1091"/>
          <w:showingPlcHdr/>
          <w:text/>
        </w:sdtPr>
        <w:sdtContent>
          <w:r>
            <w:rPr>
              <w:rFonts w:ascii="Aptos" w:hAnsi="Aptos"/>
              <w:color w:val="6B7280"/>
              <w:sz w:val="21"/>
              <w:i/>
              <w:shd w:fill="F8F4EE"/>
            </w:rPr>
            <w:t xml:space="preserve">[nr]</w:t>
          </w:r>
        </w:sdtContent>
      </w:sdt>
      <w:r>
        <w:rPr>
          <w:rFonts w:ascii="Aptos" w:hAnsi="Aptos"/>
          <w:color w:val="1F2937"/>
          <w:sz w:val="21"/>
        </w:rPr>
        <w:t xml:space="preserve"> omanik või kasutaja kohustub ajavahemikul </w:t>
      </w:r>
      <w:sdt>
        <w:sdtPr>
          <w:alias w:val="KATSEAEG"/>
          <w:tag w:val="KATSEAEG"/>
          <w:id w:val="1092"/>
          <w:showingPlcHdr/>
          <w:text/>
        </w:sdtPr>
        <w:sdtContent>
          <w:r>
            <w:rPr>
              <w:rFonts w:ascii="Aptos" w:hAnsi="Aptos"/>
              <w:color w:val="6B7280"/>
              <w:sz w:val="21"/>
              <w:i/>
              <w:shd w:fill="F8F4EE"/>
            </w:rPr>
            <w:t xml:space="preserve">[alguskuupäev–lõppkuupäev]</w:t>
          </w:r>
        </w:sdtContent>
      </w:sdt>
      <w:r>
        <w:rPr>
          <w:rFonts w:ascii="Aptos" w:hAnsi="Aptos"/>
          <w:color w:val="1F2937"/>
          <w:sz w:val="21"/>
        </w:rPr>
        <w:t xml:space="preserve"> vältima suitsetamist </w:t>
      </w:r>
      <w:sdt>
        <w:sdtPr>
          <w:alias w:val="VÄLDITAV_KOHT"/>
          <w:tag w:val="VÄLDITAV_KOHT"/>
          <w:id w:val="1093"/>
          <w:showingPlcHdr/>
          <w:text/>
        </w:sdtPr>
        <w:sdtContent>
          <w:r>
            <w:rPr>
              <w:rFonts w:ascii="Aptos" w:hAnsi="Aptos"/>
              <w:color w:val="6B7280"/>
              <w:sz w:val="21"/>
              <w:i/>
              <w:shd w:fill="F8F4EE"/>
            </w:rPr>
            <w:t xml:space="preserve">[konkreetses kohas või rõduosas / avatud akna või ventilatsiooniava läheduses]</w:t>
          </w:r>
        </w:sdtContent>
      </w:sdt>
      <w:r>
        <w:rPr>
          <w:rFonts w:ascii="Aptos" w:hAnsi="Aptos"/>
          <w:color w:val="1F2937"/>
          <w:sz w:val="21"/>
        </w:rPr>
        <w:t xml:space="preserve"> ning kasutama suitsetamiseks </w:t>
      </w:r>
      <w:sdt>
        <w:sdtPr>
          <w:alias w:val="ALTERNATIIV"/>
          <w:tag w:val="ALTERNATIIV"/>
          <w:id w:val="1094"/>
          <w:showingPlcHdr/>
          <w:text/>
        </w:sdtPr>
        <w:sdtContent>
          <w:r>
            <w:rPr>
              <w:rFonts w:ascii="Aptos" w:hAnsi="Aptos"/>
              <w:color w:val="6B7280"/>
              <w:sz w:val="21"/>
              <w:i/>
              <w:shd w:fill="F8F4EE"/>
            </w:rPr>
            <w:t xml:space="preserve">[alternatiivset kohta või aega]</w:t>
          </w:r>
        </w:sdtContent>
      </w:sdt>
      <w:r>
        <w:rPr>
          <w:rFonts w:ascii="Aptos" w:hAnsi="Aptos"/>
          <w:color w:val="1F2937"/>
          <w:sz w:val="21"/>
        </w:rPr>
        <w:t>. Ta teavitab kokkuleppest ka korterit kasutavaid pereliikmeid, üürnikke ja külalisi.</w:t>
      </w:r>
    </w:p>
    <w:p>
      <w:pPr>
        <w:spacing w:after="100"/>
      </w:pPr>
      <w:r>
        <w:rPr>
          <w:rFonts w:ascii="Aptos" w:hAnsi="Aptos"/>
          <w:color w:val="1F2937"/>
          <w:sz w:val="21"/>
        </w:rPr>
        <w:t xml:space="preserve">Mõjutatud korteri omanik või kasutaja jätkab katseajal häiringupäeviku täitmist ja teatab uutest juhtumitest juhatusele hiljemalt järgmisel päeval e-posti aadressil </w:t>
      </w:r>
      <w:sdt>
        <w:sdtPr>
          <w:alias w:val="EPOST"/>
          <w:tag w:val="EPOST"/>
          <w:id w:val="1095"/>
          <w:showingPlcHdr/>
          <w:text/>
        </w:sdtPr>
        <w:sdtContent>
          <w:r>
            <w:rPr>
              <w:rFonts w:ascii="Aptos" w:hAnsi="Aptos"/>
              <w:color w:val="6B7280"/>
              <w:sz w:val="21"/>
              <w:i/>
              <w:shd w:fill="F8F4EE"/>
            </w:rPr>
            <w:t xml:space="preserve">[e-post]</w:t>
          </w:r>
        </w:sdtContent>
      </w:sdt>
      <w:r>
        <w:rPr>
          <w:rFonts w:ascii="Aptos" w:hAnsi="Aptos"/>
          <w:color w:val="1F2937"/>
          <w:sz w:val="21"/>
        </w:rPr>
        <w:t>. Teates märgitakse juhtumi kuupäev ja kellaaeg, suitsu leviku koht või viis, kestus ning mõju.</w:t>
      </w:r>
    </w:p>
    <w:p>
      <w:pPr>
        <w:spacing w:after="100"/>
      </w:pPr>
      <w:r>
        <w:rPr>
          <w:rFonts w:ascii="Aptos" w:hAnsi="Aptos"/>
          <w:color w:val="1F2937"/>
          <w:sz w:val="21"/>
        </w:rPr>
        <w:t xml:space="preserve">Juhatus hindab kokkuleppe tulemust hiljemalt </w:t>
      </w:r>
      <w:sdt>
        <w:sdtPr>
          <w:alias w:val="HINDAMISE_KUUPÄEV"/>
          <w:tag w:val="HINDAMISE_KUUPÄEV"/>
          <w:id w:val="1096"/>
          <w:showingPlcHdr/>
          <w:text/>
        </w:sdtPr>
        <w:sdtContent>
          <w:r>
            <w:rPr>
              <w:rFonts w:ascii="Aptos" w:hAnsi="Aptos"/>
              <w:color w:val="6B7280"/>
              <w:sz w:val="21"/>
              <w:i/>
              <w:shd w:fill="F8F4EE"/>
            </w:rPr>
            <w:t xml:space="preserve">[kuupäev]</w:t>
          </w:r>
        </w:sdtContent>
      </w:sdt>
      <w:r>
        <w:rPr>
          <w:rFonts w:ascii="Aptos" w:hAnsi="Aptos"/>
          <w:color w:val="1F2937"/>
          <w:sz w:val="21"/>
        </w:rPr>
        <w:t>.</w:t>
      </w:r>
    </w:p>
    <w:p>
      <w:pPr>
        <w:spacing w:after="100"/>
      </w:pPr>
      <w:r>
        <w:rPr>
          <w:rFonts w:ascii="Aptos" w:hAnsi="Aptos"/>
          <w:color w:val="1F2937"/>
          <w:sz w:val="21"/>
        </w:rPr>
        <w:t>Kui häiring on lõppenud või oluliselt vähenenud, lepitakse kokku meetme jätkamises, muutmises või lõpetamises. Kui häiring jätkub, otsustab juhatus oma pädevuse piires edasised sammud või viib küsimuse üldkoosolekule.</w:t>
      </w:r>
    </w:p>
    <w:p>
      <w:pPr>
        <w:spacing w:after="100"/>
      </w:pPr>
      <w:r>
        <w:rPr>
          <w:rFonts w:ascii="Aptos" w:hAnsi="Aptos"/>
          <w:color w:val="1F2937"/>
          <w:sz w:val="21"/>
        </w:rPr>
        <w:t>Kokkuleppe sõlmimine ei tähenda, et pool tunnistaks end suitsu allikaks, rikkumise toimepanijaks või häiringu eest vastutavaks.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381"/>
        <w:gridCol w:w="6803"/>
      </w:tblGrid>
      <w:tr>
        <w:tc>
          <w:tcPr>
            <w:tcW w:type="dxa" w:w="2381"/>
            <w:shd w:fill="EAF0F4"/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/>
                <w:color w:val="082845"/>
                <w:sz w:val="19"/>
              </w:rPr>
              <w:t>Koht ja kuupäev</w:t>
            </w:r>
          </w:p>
        </w:tc>
        <w:tc>
          <w:tcPr>
            <w:tcW w:type="dxa" w:w="6803"/>
            <w:shd w:fill="F8F4EE"/>
            <w:tcBorders>
              <w:top w:val="single" w:sz="6" w:color="B8C2CC"/>
              <w:left w:val="single" w:sz="6" w:color="B8C2CC"/>
              <w:bottom w:val="single" w:sz="6" w:color="B8C2CC"/>
              <w:right w:val="single" w:sz="6" w:color="B8C2CC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sdt>
              <w:sdtPr>
                <w:alias w:val="KOHT_JA_KUUPÄEV"/>
                <w:tag w:val="KOHT_JA_KUUPÄEV"/>
                <w:id w:val="1097"/>
                <w:showingPlcHdr/>
                <w:text/>
              </w:sdtPr>
              <w:sdtContent>
                <w:r>
                  <w:rPr>
                    <w:rFonts w:ascii="Aptos" w:hAnsi="Aptos"/>
                    <w:color w:val="6B7280"/>
                    <w:sz w:val="20"/>
                    <w:i/>
                    <w:shd w:fill="F8F4EE"/>
                  </w:rPr>
                  <w:t xml:space="preserve">[koht, pp.kk.aaaa]</w:t>
                </w:r>
              </w:sdtContent>
            </w:sdt>
          </w:p>
        </w:tc>
      </w:tr>
    </w:tbl>
    <w:p>
      <w:pPr>
        <w:pStyle w:val="Heading2"/>
      </w:pPr>
      <w:r>
        <w:t>Poolte allkirjad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7"/>
        <w:gridCol w:w="3457"/>
        <w:gridCol w:w="3457"/>
      </w:tblGrid>
      <w:tr>
        <w:tc>
          <w:tcPr>
            <w:tcW w:type="dxa" w:w="3005"/>
            <w:shd w:fill="08284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C"/>
              <w:left w:val="single" w:sz="8" w:color="B8C2CC"/>
              <w:bottom w:val="single" w:sz="8" w:color="B8C2CC"/>
              <w:right w:val="single" w:sz="8" w:color="B8C2CC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7"/>
              </w:rPr>
              <w:t>Mõjutatud korteri esindaja</w:t>
            </w:r>
          </w:p>
        </w:tc>
        <w:tc>
          <w:tcPr>
            <w:tcW w:type="dxa" w:w="3005"/>
            <w:shd w:fill="08284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C"/>
              <w:left w:val="single" w:sz="8" w:color="B8C2CC"/>
              <w:bottom w:val="single" w:sz="8" w:color="B8C2CC"/>
              <w:right w:val="single" w:sz="8" w:color="B8C2CC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7"/>
              </w:rPr>
              <w:t>Võimaliku häiringu põhjustaja</w:t>
            </w:r>
          </w:p>
        </w:tc>
        <w:tc>
          <w:tcPr>
            <w:tcW w:type="dxa" w:w="3005"/>
            <w:shd w:fill="08284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B8C2CC"/>
              <w:left w:val="single" w:sz="8" w:color="B8C2CC"/>
              <w:bottom w:val="single" w:sz="8" w:color="B8C2CC"/>
              <w:right w:val="single" w:sz="8" w:color="B8C2CC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7"/>
              </w:rPr>
              <w:t>Juhatuse esindaja</w:t>
            </w:r>
          </w:p>
        </w:tc>
      </w:tr>
      <w:tr>
        <w:trPr>
          <w:trHeight w:val="623" w:hRule="atLeast"/>
        </w:trPr>
        <w:tc>
          <w:tcPr>
            <w:tcW w:type="dxa" w:w="3457"/>
            <w:shd w:fill="F8F4EE"/>
            <w:tcBorders>
              <w:top w:val="single" w:sz="8" w:color="B8C2CC"/>
              <w:left w:val="single" w:sz="8" w:color="B8C2CC"/>
              <w:bottom w:val="single" w:sz="8" w:color="B8C2CC"/>
              <w:right w:val="single" w:sz="8" w:color="B8C2CC"/>
            </w:tcBorders>
          </w:tcPr>
          <w:p>
            <w:sdt>
              <w:sdtPr>
                <w:alias w:val="ALLKIRI_1"/>
                <w:tag w:val="ALLKIRI_1"/>
                <w:id w:val="1098"/>
                <w:showingPlcHdr/>
                <w:text/>
              </w:sdtPr>
              <w:sdtContent>
                <w:r>
                  <w:rPr>
                    <w:rFonts w:ascii="Aptos" w:hAnsi="Aptos"/>
                    <w:color w:val="6B7280"/>
                    <w:sz w:val="18"/>
                    <w:i/>
                    <w:shd w:fill="F8F4EE"/>
                  </w:rPr>
                  <w:t xml:space="preserve">[nimi / allkiri]</w:t>
                </w:r>
              </w:sdtContent>
            </w:sdt>
          </w:p>
        </w:tc>
        <w:tc>
          <w:tcPr>
            <w:tcW w:type="dxa" w:w="3457"/>
            <w:shd w:fill="F8F4EE"/>
            <w:tcBorders>
              <w:top w:val="single" w:sz="8" w:color="B8C2CC"/>
              <w:left w:val="single" w:sz="8" w:color="B8C2CC"/>
              <w:bottom w:val="single" w:sz="8" w:color="B8C2CC"/>
              <w:right w:val="single" w:sz="8" w:color="B8C2CC"/>
            </w:tcBorders>
          </w:tcPr>
          <w:p>
            <w:sdt>
              <w:sdtPr>
                <w:alias w:val="ALLKIRI_2"/>
                <w:tag w:val="ALLKIRI_2"/>
                <w:id w:val="1099"/>
                <w:showingPlcHdr/>
                <w:text/>
              </w:sdtPr>
              <w:sdtContent>
                <w:r>
                  <w:rPr>
                    <w:rFonts w:ascii="Aptos" w:hAnsi="Aptos"/>
                    <w:color w:val="6B7280"/>
                    <w:sz w:val="18"/>
                    <w:i/>
                    <w:shd w:fill="F8F4EE"/>
                  </w:rPr>
                  <w:t xml:space="preserve">[nimi / allkiri]</w:t>
                </w:r>
              </w:sdtContent>
            </w:sdt>
          </w:p>
        </w:tc>
        <w:tc>
          <w:tcPr>
            <w:tcW w:type="dxa" w:w="3457"/>
            <w:shd w:fill="F8F4EE"/>
            <w:tcBorders>
              <w:top w:val="single" w:sz="8" w:color="B8C2CC"/>
              <w:left w:val="single" w:sz="8" w:color="B8C2CC"/>
              <w:bottom w:val="single" w:sz="8" w:color="B8C2CC"/>
              <w:right w:val="single" w:sz="8" w:color="B8C2CC"/>
            </w:tcBorders>
          </w:tcPr>
          <w:p>
            <w:sdt>
              <w:sdtPr>
                <w:alias w:val="ALLKIRI_3"/>
                <w:tag w:val="ALLKIRI_3"/>
                <w:id w:val="1100"/>
                <w:showingPlcHdr/>
                <w:text/>
              </w:sdtPr>
              <w:sdtContent>
                <w:r>
                  <w:rPr>
                    <w:rFonts w:ascii="Aptos" w:hAnsi="Aptos"/>
                    <w:color w:val="6B7280"/>
                    <w:sz w:val="18"/>
                    <w:i/>
                    <w:shd w:fill="F8F4EE"/>
                  </w:rPr>
                  <w:t xml:space="preserve">[nimi / allkiri]</w:t>
                </w:r>
              </w:sdtContent>
            </w:sdt>
          </w:p>
        </w:tc>
      </w:tr>
      <w:tr>
        <w:tc>
          <w:tcPr>
            <w:tcW w:type="dxa" w:w="3457"/>
            <w:shd w:fill="FFFFFF"/>
            <w:tcBorders>
              <w:top w:val="single" w:sz="8" w:color="B8C2CC"/>
              <w:left w:val="single" w:sz="8" w:color="B8C2CC"/>
              <w:bottom w:val="single" w:sz="8" w:color="B8C2CC"/>
              <w:right w:val="single" w:sz="8" w:color="B8C2CC"/>
            </w:tcBorders>
          </w:tcPr>
          <w:p>
            <w:sdt>
              <w:sdtPr>
                <w:alias w:val="KUUPÄEV_1"/>
                <w:tag w:val="KUUPÄEV_1"/>
                <w:id w:val="1101"/>
                <w:showingPlcHdr/>
                <w:text/>
              </w:sdtPr>
              <w:sdtContent>
                <w:r>
                  <w:rPr>
                    <w:rFonts w:ascii="Aptos" w:hAnsi="Aptos"/>
                    <w:color w:val="6B7280"/>
                    <w:sz w:val="18"/>
                    <w:i/>
                    <w:shd w:fill="F8F4EE"/>
                  </w:rPr>
                  <w:t xml:space="preserve">[kuupäev]</w:t>
                </w:r>
              </w:sdtContent>
            </w:sdt>
          </w:p>
        </w:tc>
        <w:tc>
          <w:tcPr>
            <w:tcW w:type="dxa" w:w="3457"/>
            <w:shd w:fill="FFFFFF"/>
            <w:tcBorders>
              <w:top w:val="single" w:sz="8" w:color="B8C2CC"/>
              <w:left w:val="single" w:sz="8" w:color="B8C2CC"/>
              <w:bottom w:val="single" w:sz="8" w:color="B8C2CC"/>
              <w:right w:val="single" w:sz="8" w:color="B8C2CC"/>
            </w:tcBorders>
          </w:tcPr>
          <w:p>
            <w:sdt>
              <w:sdtPr>
                <w:alias w:val="KUUPÄEV_2"/>
                <w:tag w:val="KUUPÄEV_2"/>
                <w:id w:val="1102"/>
                <w:showingPlcHdr/>
                <w:text/>
              </w:sdtPr>
              <w:sdtContent>
                <w:r>
                  <w:rPr>
                    <w:rFonts w:ascii="Aptos" w:hAnsi="Aptos"/>
                    <w:color w:val="6B7280"/>
                    <w:sz w:val="18"/>
                    <w:i/>
                    <w:shd w:fill="F8F4EE"/>
                  </w:rPr>
                  <w:t xml:space="preserve">[kuupäev]</w:t>
                </w:r>
              </w:sdtContent>
            </w:sdt>
          </w:p>
        </w:tc>
        <w:tc>
          <w:tcPr>
            <w:tcW w:type="dxa" w:w="3457"/>
            <w:shd w:fill="FFFFFF"/>
            <w:tcBorders>
              <w:top w:val="single" w:sz="8" w:color="B8C2CC"/>
              <w:left w:val="single" w:sz="8" w:color="B8C2CC"/>
              <w:bottom w:val="single" w:sz="8" w:color="B8C2CC"/>
              <w:right w:val="single" w:sz="8" w:color="B8C2CC"/>
            </w:tcBorders>
          </w:tcPr>
          <w:p>
            <w:sdt>
              <w:sdtPr>
                <w:alias w:val="KUUPÄEV_3"/>
                <w:tag w:val="KUUPÄEV_3"/>
                <w:id w:val="1103"/>
                <w:showingPlcHdr/>
                <w:text/>
              </w:sdtPr>
              <w:sdtContent>
                <w:r>
                  <w:rPr>
                    <w:rFonts w:ascii="Aptos" w:hAnsi="Aptos"/>
                    <w:color w:val="6B7280"/>
                    <w:sz w:val="18"/>
                    <w:i/>
                    <w:shd w:fill="F8F4EE"/>
                  </w:rPr>
                  <w:t xml:space="preserve">[kuupäev]</w:t>
                </w:r>
              </w:sdtContent>
            </w:sdt>
          </w:p>
        </w:tc>
      </w:tr>
    </w:tbl>
    <w:p>
      <w:pPr>
        <w:spacing w:before="140"/>
      </w:pPr>
      <w:r>
        <w:rPr>
          <w:rFonts w:ascii="Aptos" w:hAnsi="Aptos"/>
          <w:b/>
          <w:color w:val="082845"/>
          <w:sz w:val="17"/>
        </w:rPr>
        <w:t xml:space="preserve">Märkus: </w:t>
      </w:r>
      <w:r>
        <w:rPr>
          <w:rFonts w:ascii="Aptos" w:hAnsi="Aptos"/>
          <w:i/>
          <w:color w:val="6B7280"/>
          <w:sz w:val="17"/>
        </w:rPr>
        <w:t>kokkulepe tuleks sõlmida kolmepoolselt: kaebaja, võimalik häiringu põhjustaja ja juhatuse esindaja.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79" w:right="935" w:bottom="822" w:left="9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6B7280"/>
        <w:sz w:val="17"/>
      </w:rPr>
      <w:t>www.juridique.ee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  <w:pBdr>
        <w:bottom w:val="single" w:sz="16" w:color="B78A2C" w:space="4"/>
      </w:pBdr>
    </w:pPr>
    <w:r>
      <w:rPr>
        <w:rFonts w:ascii="Aptos" w:hAnsi="Aptos"/>
        <w:b/>
        <w:color w:val="082845"/>
        <w:sz w:val="17"/>
      </w:rPr>
      <w:t>JURIDIQUE ÕIGUSBÜROO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2" w:lineRule="auto"/>
    </w:pPr>
    <w:rPr>
      <w:rFonts w:ascii="Aptos" w:hAnsi="Aptos"/>
      <w:color w:val="1F2937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/>
      <w:b/>
      <w:bCs/>
      <w:color w:val="B78A2C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Georgia" w:hAnsi="Georgia"/>
      <w:b/>
      <w:bCs/>
      <w:color w:val="082845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b w:val="0"/>
      <w:color w:val="B78A2C"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ieldLabel">
    <w:name w:val="Field Label"/>
    <w:pPr>
      <w:spacing w:after="40"/>
    </w:pPr>
    <w:rPr>
      <w:rFonts w:ascii="Aptos" w:hAnsi="Aptos"/>
      <w:b/>
      <w:color w:val="082845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Suitsuhäiringu täidetavad näidisdokumendid</dc:title>
  <dc:subject>Suitsuhäiringu näidisdokument – täidetav Wordi vorm</dc:subject>
  <dc:creator>Juridique õigusbüroo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